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B5B05" w14:textId="56C49B54" w:rsidR="00E6757D" w:rsidRPr="00E6757D" w:rsidRDefault="000321B4" w:rsidP="00627AF7">
      <w:pPr>
        <w:keepNext/>
        <w:spacing w:after="0" w:line="240" w:lineRule="auto"/>
        <w:jc w:val="center"/>
        <w:rPr>
          <w:rFonts w:ascii="Times New Roman" w:hAnsi="Times New Roman" w:cs="Times New Roman"/>
          <w:sz w:val="28"/>
          <w:szCs w:val="28"/>
        </w:rPr>
      </w:pPr>
      <w:r w:rsidRPr="00E6757D">
        <w:rPr>
          <w:rFonts w:ascii="Times New Roman" w:hAnsi="Times New Roman" w:cs="Times New Roman"/>
          <w:b/>
          <w:sz w:val="28"/>
          <w:szCs w:val="28"/>
        </w:rPr>
        <w:t>КЫРГЫЗ РЕСПУБЛИКАСЫНЫН</w:t>
      </w:r>
      <w:r w:rsidRPr="00E6757D">
        <w:rPr>
          <w:rFonts w:ascii="Times New Roman" w:hAnsi="Times New Roman" w:cs="Times New Roman"/>
          <w:b/>
          <w:sz w:val="28"/>
          <w:szCs w:val="28"/>
        </w:rPr>
        <w:br/>
        <w:t>ЖАРАТЫЛЫШ РЕСУРСТАРЫ, ЭКОЛОГИЯ ЖАНА</w:t>
      </w:r>
      <w:r w:rsidRPr="00E6757D">
        <w:rPr>
          <w:rFonts w:ascii="Times New Roman" w:hAnsi="Times New Roman" w:cs="Times New Roman"/>
          <w:b/>
          <w:sz w:val="28"/>
          <w:szCs w:val="28"/>
        </w:rPr>
        <w:br/>
        <w:t>ТЕХНИКАЛЫК КӨЗӨМӨЛ МИНИСТРЛИГИ</w:t>
      </w:r>
      <w:r w:rsidRPr="00E6757D">
        <w:rPr>
          <w:rFonts w:ascii="Times New Roman" w:hAnsi="Times New Roman" w:cs="Times New Roman"/>
          <w:b/>
          <w:sz w:val="28"/>
          <w:szCs w:val="28"/>
        </w:rPr>
        <w:br/>
      </w:r>
      <w:r w:rsidRPr="00E6757D">
        <w:rPr>
          <w:rFonts w:ascii="Times New Roman" w:hAnsi="Times New Roman" w:cs="Times New Roman"/>
          <w:b/>
          <w:sz w:val="28"/>
          <w:szCs w:val="28"/>
        </w:rPr>
        <w:br/>
      </w:r>
    </w:p>
    <w:p w14:paraId="3CFD0EC1" w14:textId="268AE465" w:rsidR="00E6757D" w:rsidRDefault="000321B4" w:rsidP="00E6757D">
      <w:pPr>
        <w:keepNext/>
        <w:spacing w:after="0" w:line="240" w:lineRule="auto"/>
        <w:jc w:val="center"/>
        <w:rPr>
          <w:rFonts w:ascii="Times New Roman" w:hAnsi="Times New Roman" w:cs="Times New Roman"/>
          <w:b/>
          <w:sz w:val="28"/>
          <w:szCs w:val="28"/>
        </w:rPr>
      </w:pPr>
      <w:r w:rsidRPr="00E6757D">
        <w:rPr>
          <w:rFonts w:ascii="Times New Roman" w:hAnsi="Times New Roman" w:cs="Times New Roman"/>
          <w:b/>
          <w:sz w:val="28"/>
          <w:szCs w:val="28"/>
        </w:rPr>
        <w:t>МЕТОДИКАЛЫК КОЛДОНМО</w:t>
      </w:r>
    </w:p>
    <w:p w14:paraId="3968B2EF" w14:textId="00A5562A" w:rsidR="00E6757D" w:rsidRDefault="00E6757D" w:rsidP="00E6757D">
      <w:pPr>
        <w:keepNext/>
        <w:spacing w:after="0" w:line="240" w:lineRule="auto"/>
        <w:jc w:val="center"/>
        <w:rPr>
          <w:rFonts w:ascii="Times New Roman" w:hAnsi="Times New Roman" w:cs="Times New Roman"/>
          <w:b/>
          <w:sz w:val="28"/>
          <w:szCs w:val="28"/>
        </w:rPr>
      </w:pPr>
    </w:p>
    <w:p w14:paraId="61E74CD7" w14:textId="77777777" w:rsidR="00E6757D" w:rsidRPr="00E6757D" w:rsidRDefault="00E6757D" w:rsidP="00E6757D">
      <w:pPr>
        <w:keepNext/>
        <w:spacing w:after="0" w:line="240" w:lineRule="auto"/>
        <w:jc w:val="center"/>
        <w:rPr>
          <w:rFonts w:ascii="Times New Roman" w:hAnsi="Times New Roman" w:cs="Times New Roman"/>
          <w:sz w:val="28"/>
          <w:szCs w:val="28"/>
        </w:rPr>
      </w:pPr>
    </w:p>
    <w:p w14:paraId="3751EDD3" w14:textId="7D4AE340" w:rsidR="008777B4" w:rsidRPr="00E6757D" w:rsidRDefault="000321B4" w:rsidP="00E6757D">
      <w:pPr>
        <w:pStyle w:val="aa"/>
        <w:spacing w:after="0"/>
        <w:jc w:val="center"/>
        <w:rPr>
          <w:rFonts w:ascii="Times New Roman" w:hAnsi="Times New Roman" w:cs="Times New Roman"/>
          <w:szCs w:val="48"/>
        </w:rPr>
      </w:pPr>
      <w:r w:rsidRPr="00E6757D">
        <w:rPr>
          <w:rFonts w:ascii="Times New Roman" w:eastAsia="Arial" w:hAnsi="Times New Roman" w:cs="Times New Roman"/>
          <w:szCs w:val="48"/>
        </w:rPr>
        <w:t>ЖАРАНДАРДЫН ЖАНА ИШКЕРЛЕРДИН</w:t>
      </w:r>
      <w:r w:rsidRPr="00E6757D">
        <w:rPr>
          <w:rFonts w:ascii="Times New Roman" w:eastAsia="Arial" w:hAnsi="Times New Roman" w:cs="Times New Roman"/>
          <w:szCs w:val="48"/>
        </w:rPr>
        <w:br/>
        <w:t>УКУКТАРЫ КР ЖРЭТКМ МЕНЕН</w:t>
      </w:r>
      <w:r w:rsidRPr="00E6757D">
        <w:rPr>
          <w:rFonts w:ascii="Times New Roman" w:eastAsia="Arial" w:hAnsi="Times New Roman" w:cs="Times New Roman"/>
          <w:szCs w:val="48"/>
        </w:rPr>
        <w:br/>
        <w:t>ӨЗ АРА АРАКЕТТЕШҮҮДӨ</w:t>
      </w:r>
    </w:p>
    <w:p w14:paraId="4F4BE1FD" w14:textId="77777777" w:rsidR="00E6757D" w:rsidRDefault="00E6757D" w:rsidP="00E6757D">
      <w:pPr>
        <w:keepNext/>
        <w:spacing w:after="0" w:line="240" w:lineRule="auto"/>
        <w:jc w:val="center"/>
        <w:rPr>
          <w:rFonts w:ascii="Times New Roman" w:hAnsi="Times New Roman" w:cs="Times New Roman"/>
          <w:sz w:val="23"/>
        </w:rPr>
      </w:pPr>
    </w:p>
    <w:p w14:paraId="2DD5450F" w14:textId="77777777" w:rsidR="00E6757D" w:rsidRDefault="00E6757D" w:rsidP="00E6757D">
      <w:pPr>
        <w:keepNext/>
        <w:spacing w:after="0" w:line="240" w:lineRule="auto"/>
        <w:jc w:val="center"/>
        <w:rPr>
          <w:rFonts w:ascii="Times New Roman" w:hAnsi="Times New Roman" w:cs="Times New Roman"/>
          <w:sz w:val="23"/>
        </w:rPr>
      </w:pPr>
    </w:p>
    <w:p w14:paraId="5D1D965C" w14:textId="2D298B64" w:rsidR="008777B4" w:rsidRPr="00E6757D" w:rsidRDefault="000321B4" w:rsidP="00E6757D">
      <w:pPr>
        <w:keepNext/>
        <w:spacing w:after="0" w:line="240" w:lineRule="auto"/>
        <w:jc w:val="center"/>
        <w:rPr>
          <w:rFonts w:ascii="Times New Roman" w:hAnsi="Times New Roman" w:cs="Times New Roman"/>
          <w:sz w:val="28"/>
          <w:szCs w:val="28"/>
        </w:rPr>
      </w:pPr>
      <w:proofErr w:type="spellStart"/>
      <w:r w:rsidRPr="00E6757D">
        <w:rPr>
          <w:rFonts w:ascii="Times New Roman" w:hAnsi="Times New Roman" w:cs="Times New Roman"/>
          <w:sz w:val="28"/>
          <w:szCs w:val="28"/>
        </w:rPr>
        <w:t>Кайрылуулар</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мамлекеттик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кызмат</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көрсөтүүлөр</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текшерүүлөр</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даттануу</w:t>
      </w:r>
      <w:proofErr w:type="spellEnd"/>
      <w:r w:rsidRPr="00E6757D">
        <w:rPr>
          <w:rFonts w:ascii="Times New Roman" w:hAnsi="Times New Roman" w:cs="Times New Roman"/>
          <w:sz w:val="28"/>
          <w:szCs w:val="28"/>
        </w:rPr>
        <w:t xml:space="preserve"> жана </w:t>
      </w:r>
      <w:proofErr w:type="spellStart"/>
      <w:r w:rsidRPr="00E6757D">
        <w:rPr>
          <w:rFonts w:ascii="Times New Roman" w:hAnsi="Times New Roman" w:cs="Times New Roman"/>
          <w:sz w:val="28"/>
          <w:szCs w:val="28"/>
        </w:rPr>
        <w:t>коррупциянын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алдын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алуу</w:t>
      </w:r>
      <w:proofErr w:type="spellEnd"/>
      <w:r w:rsidRPr="00E6757D">
        <w:rPr>
          <w:rFonts w:ascii="Times New Roman" w:hAnsi="Times New Roman" w:cs="Times New Roman"/>
          <w:sz w:val="28"/>
          <w:szCs w:val="28"/>
        </w:rPr>
        <w:t xml:space="preserve"> боюнча </w:t>
      </w:r>
      <w:proofErr w:type="spellStart"/>
      <w:r w:rsidRPr="00E6757D">
        <w:rPr>
          <w:rFonts w:ascii="Times New Roman" w:hAnsi="Times New Roman" w:cs="Times New Roman"/>
          <w:sz w:val="28"/>
          <w:szCs w:val="28"/>
        </w:rPr>
        <w:t>практикалык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колдонмо</w:t>
      </w:r>
      <w:proofErr w:type="spellEnd"/>
    </w:p>
    <w:p w14:paraId="11753462" w14:textId="77777777" w:rsidR="00E6757D" w:rsidRDefault="00E6757D" w:rsidP="00E6757D">
      <w:pPr>
        <w:spacing w:after="0" w:line="240" w:lineRule="auto"/>
        <w:jc w:val="center"/>
        <w:rPr>
          <w:rFonts w:ascii="Times New Roman" w:hAnsi="Times New Roman" w:cs="Times New Roman"/>
          <w:bCs/>
          <w:sz w:val="28"/>
          <w:szCs w:val="28"/>
        </w:rPr>
      </w:pPr>
    </w:p>
    <w:p w14:paraId="0F913FBF" w14:textId="77777777" w:rsidR="00E6757D" w:rsidRDefault="00E6757D" w:rsidP="00E6757D">
      <w:pPr>
        <w:spacing w:after="0" w:line="240" w:lineRule="auto"/>
        <w:jc w:val="center"/>
        <w:rPr>
          <w:rFonts w:ascii="Times New Roman" w:hAnsi="Times New Roman" w:cs="Times New Roman"/>
          <w:bCs/>
          <w:sz w:val="28"/>
          <w:szCs w:val="28"/>
        </w:rPr>
      </w:pPr>
    </w:p>
    <w:p w14:paraId="14318B32" w14:textId="77777777" w:rsidR="00E6757D" w:rsidRDefault="00E6757D" w:rsidP="00E6757D">
      <w:pPr>
        <w:spacing w:after="0" w:line="240" w:lineRule="auto"/>
        <w:jc w:val="center"/>
        <w:rPr>
          <w:rFonts w:ascii="Times New Roman" w:hAnsi="Times New Roman" w:cs="Times New Roman"/>
          <w:bCs/>
          <w:sz w:val="28"/>
          <w:szCs w:val="28"/>
        </w:rPr>
      </w:pPr>
    </w:p>
    <w:p w14:paraId="17D86C21" w14:textId="77777777" w:rsidR="00E6757D" w:rsidRDefault="00E6757D" w:rsidP="00E6757D">
      <w:pPr>
        <w:spacing w:after="0" w:line="240" w:lineRule="auto"/>
        <w:jc w:val="center"/>
        <w:rPr>
          <w:rFonts w:ascii="Times New Roman" w:hAnsi="Times New Roman" w:cs="Times New Roman"/>
          <w:bCs/>
          <w:sz w:val="28"/>
          <w:szCs w:val="28"/>
        </w:rPr>
      </w:pPr>
    </w:p>
    <w:p w14:paraId="22B16F49" w14:textId="77777777" w:rsidR="00E6757D" w:rsidRDefault="00E6757D" w:rsidP="00E6757D">
      <w:pPr>
        <w:spacing w:after="0" w:line="240" w:lineRule="auto"/>
        <w:jc w:val="center"/>
        <w:rPr>
          <w:rFonts w:ascii="Times New Roman" w:hAnsi="Times New Roman" w:cs="Times New Roman"/>
          <w:bCs/>
          <w:sz w:val="28"/>
          <w:szCs w:val="28"/>
        </w:rPr>
      </w:pPr>
    </w:p>
    <w:p w14:paraId="04C80916" w14:textId="77777777" w:rsidR="00E6757D" w:rsidRDefault="00E6757D" w:rsidP="00E6757D">
      <w:pPr>
        <w:spacing w:after="0" w:line="240" w:lineRule="auto"/>
        <w:jc w:val="center"/>
        <w:rPr>
          <w:rFonts w:ascii="Times New Roman" w:hAnsi="Times New Roman" w:cs="Times New Roman"/>
          <w:bCs/>
          <w:sz w:val="28"/>
          <w:szCs w:val="28"/>
        </w:rPr>
      </w:pPr>
    </w:p>
    <w:p w14:paraId="74D31467" w14:textId="77777777" w:rsidR="00E6757D" w:rsidRDefault="00E6757D" w:rsidP="00E6757D">
      <w:pPr>
        <w:spacing w:after="0" w:line="240" w:lineRule="auto"/>
        <w:jc w:val="center"/>
        <w:rPr>
          <w:rFonts w:ascii="Times New Roman" w:hAnsi="Times New Roman" w:cs="Times New Roman"/>
          <w:bCs/>
          <w:sz w:val="28"/>
          <w:szCs w:val="28"/>
        </w:rPr>
      </w:pPr>
    </w:p>
    <w:p w14:paraId="27CAF403" w14:textId="77777777" w:rsidR="00E6757D" w:rsidRDefault="00E6757D" w:rsidP="00E6757D">
      <w:pPr>
        <w:spacing w:after="0" w:line="240" w:lineRule="auto"/>
        <w:jc w:val="center"/>
        <w:rPr>
          <w:rFonts w:ascii="Times New Roman" w:hAnsi="Times New Roman" w:cs="Times New Roman"/>
          <w:bCs/>
          <w:sz w:val="28"/>
          <w:szCs w:val="28"/>
        </w:rPr>
      </w:pPr>
    </w:p>
    <w:p w14:paraId="055833D7" w14:textId="77777777" w:rsidR="00E6757D" w:rsidRDefault="00E6757D" w:rsidP="00E6757D">
      <w:pPr>
        <w:spacing w:after="0" w:line="240" w:lineRule="auto"/>
        <w:jc w:val="center"/>
        <w:rPr>
          <w:rFonts w:ascii="Times New Roman" w:hAnsi="Times New Roman" w:cs="Times New Roman"/>
          <w:bCs/>
          <w:sz w:val="28"/>
          <w:szCs w:val="28"/>
        </w:rPr>
      </w:pPr>
    </w:p>
    <w:p w14:paraId="020CB201" w14:textId="77777777" w:rsidR="00E6757D" w:rsidRDefault="00E6757D" w:rsidP="00E6757D">
      <w:pPr>
        <w:spacing w:after="0" w:line="240" w:lineRule="auto"/>
        <w:jc w:val="center"/>
        <w:rPr>
          <w:rFonts w:ascii="Times New Roman" w:hAnsi="Times New Roman" w:cs="Times New Roman"/>
          <w:bCs/>
          <w:sz w:val="28"/>
          <w:szCs w:val="28"/>
        </w:rPr>
      </w:pPr>
    </w:p>
    <w:p w14:paraId="1F5E8D11" w14:textId="77777777" w:rsidR="00E6757D" w:rsidRDefault="00E6757D" w:rsidP="00E6757D">
      <w:pPr>
        <w:spacing w:after="0" w:line="240" w:lineRule="auto"/>
        <w:jc w:val="center"/>
        <w:rPr>
          <w:rFonts w:ascii="Times New Roman" w:hAnsi="Times New Roman" w:cs="Times New Roman"/>
          <w:bCs/>
          <w:sz w:val="28"/>
          <w:szCs w:val="28"/>
        </w:rPr>
      </w:pPr>
    </w:p>
    <w:p w14:paraId="59EE7BD5" w14:textId="77777777" w:rsidR="00E6757D" w:rsidRDefault="00E6757D" w:rsidP="00E6757D">
      <w:pPr>
        <w:spacing w:after="0" w:line="240" w:lineRule="auto"/>
        <w:jc w:val="center"/>
        <w:rPr>
          <w:rFonts w:ascii="Times New Roman" w:hAnsi="Times New Roman" w:cs="Times New Roman"/>
          <w:bCs/>
          <w:sz w:val="28"/>
          <w:szCs w:val="28"/>
        </w:rPr>
      </w:pPr>
    </w:p>
    <w:p w14:paraId="13CC4130" w14:textId="77777777" w:rsidR="00E6757D" w:rsidRDefault="00E6757D" w:rsidP="00E6757D">
      <w:pPr>
        <w:spacing w:after="0" w:line="240" w:lineRule="auto"/>
        <w:jc w:val="center"/>
        <w:rPr>
          <w:rFonts w:ascii="Times New Roman" w:hAnsi="Times New Roman" w:cs="Times New Roman"/>
          <w:bCs/>
          <w:sz w:val="28"/>
          <w:szCs w:val="28"/>
        </w:rPr>
      </w:pPr>
    </w:p>
    <w:p w14:paraId="3DB467A0" w14:textId="77777777" w:rsidR="00E6757D" w:rsidRDefault="00E6757D" w:rsidP="00E6757D">
      <w:pPr>
        <w:spacing w:after="0" w:line="240" w:lineRule="auto"/>
        <w:jc w:val="center"/>
        <w:rPr>
          <w:rFonts w:ascii="Times New Roman" w:hAnsi="Times New Roman" w:cs="Times New Roman"/>
          <w:bCs/>
          <w:sz w:val="28"/>
          <w:szCs w:val="28"/>
        </w:rPr>
      </w:pPr>
    </w:p>
    <w:p w14:paraId="6A9FDAE2" w14:textId="77777777" w:rsidR="00E6757D" w:rsidRDefault="00E6757D" w:rsidP="00E6757D">
      <w:pPr>
        <w:spacing w:after="0" w:line="240" w:lineRule="auto"/>
        <w:jc w:val="center"/>
        <w:rPr>
          <w:rFonts w:ascii="Times New Roman" w:hAnsi="Times New Roman" w:cs="Times New Roman"/>
          <w:bCs/>
          <w:sz w:val="28"/>
          <w:szCs w:val="28"/>
        </w:rPr>
      </w:pPr>
    </w:p>
    <w:p w14:paraId="4EFDAF3C" w14:textId="77777777" w:rsidR="00E6757D" w:rsidRDefault="00E6757D" w:rsidP="00E6757D">
      <w:pPr>
        <w:spacing w:after="0" w:line="240" w:lineRule="auto"/>
        <w:jc w:val="center"/>
        <w:rPr>
          <w:rFonts w:ascii="Times New Roman" w:hAnsi="Times New Roman" w:cs="Times New Roman"/>
          <w:bCs/>
          <w:sz w:val="28"/>
          <w:szCs w:val="28"/>
        </w:rPr>
      </w:pPr>
    </w:p>
    <w:p w14:paraId="11E6AF4D" w14:textId="77777777" w:rsidR="00E6757D" w:rsidRDefault="00E6757D" w:rsidP="00E6757D">
      <w:pPr>
        <w:spacing w:after="0" w:line="240" w:lineRule="auto"/>
        <w:jc w:val="center"/>
        <w:rPr>
          <w:rFonts w:ascii="Times New Roman" w:hAnsi="Times New Roman" w:cs="Times New Roman"/>
          <w:bCs/>
          <w:sz w:val="28"/>
          <w:szCs w:val="28"/>
        </w:rPr>
      </w:pPr>
    </w:p>
    <w:p w14:paraId="7C800419" w14:textId="77777777" w:rsidR="00E6757D" w:rsidRDefault="00E6757D" w:rsidP="00E6757D">
      <w:pPr>
        <w:spacing w:after="0" w:line="240" w:lineRule="auto"/>
        <w:jc w:val="center"/>
        <w:rPr>
          <w:rFonts w:ascii="Times New Roman" w:hAnsi="Times New Roman" w:cs="Times New Roman"/>
          <w:bCs/>
          <w:sz w:val="28"/>
          <w:szCs w:val="28"/>
        </w:rPr>
      </w:pPr>
    </w:p>
    <w:p w14:paraId="2B9C8DAA" w14:textId="77777777" w:rsidR="00E6757D" w:rsidRDefault="00E6757D" w:rsidP="00E6757D">
      <w:pPr>
        <w:spacing w:after="0" w:line="240" w:lineRule="auto"/>
        <w:jc w:val="center"/>
        <w:rPr>
          <w:rFonts w:ascii="Times New Roman" w:hAnsi="Times New Roman" w:cs="Times New Roman"/>
          <w:bCs/>
          <w:sz w:val="28"/>
          <w:szCs w:val="28"/>
        </w:rPr>
      </w:pPr>
    </w:p>
    <w:p w14:paraId="2C600706" w14:textId="77777777" w:rsidR="00E6757D" w:rsidRDefault="00E6757D" w:rsidP="00E6757D">
      <w:pPr>
        <w:spacing w:after="0" w:line="240" w:lineRule="auto"/>
        <w:jc w:val="center"/>
        <w:rPr>
          <w:rFonts w:ascii="Times New Roman" w:hAnsi="Times New Roman" w:cs="Times New Roman"/>
          <w:bCs/>
          <w:sz w:val="28"/>
          <w:szCs w:val="28"/>
        </w:rPr>
      </w:pPr>
    </w:p>
    <w:p w14:paraId="6DC10022" w14:textId="77777777" w:rsidR="00E6757D" w:rsidRDefault="00E6757D" w:rsidP="00E6757D">
      <w:pPr>
        <w:spacing w:after="0" w:line="240" w:lineRule="auto"/>
        <w:jc w:val="center"/>
        <w:rPr>
          <w:rFonts w:ascii="Times New Roman" w:hAnsi="Times New Roman" w:cs="Times New Roman"/>
          <w:bCs/>
          <w:sz w:val="28"/>
          <w:szCs w:val="28"/>
        </w:rPr>
      </w:pPr>
    </w:p>
    <w:p w14:paraId="49BC921C" w14:textId="77777777" w:rsidR="00E6757D" w:rsidRDefault="00E6757D" w:rsidP="00E6757D">
      <w:pPr>
        <w:spacing w:after="0" w:line="240" w:lineRule="auto"/>
        <w:jc w:val="center"/>
        <w:rPr>
          <w:rFonts w:ascii="Times New Roman" w:hAnsi="Times New Roman" w:cs="Times New Roman"/>
          <w:bCs/>
          <w:sz w:val="28"/>
          <w:szCs w:val="28"/>
        </w:rPr>
      </w:pPr>
    </w:p>
    <w:p w14:paraId="01CE2F0D" w14:textId="77777777" w:rsidR="00E6757D" w:rsidRDefault="00E6757D" w:rsidP="00E6757D">
      <w:pPr>
        <w:spacing w:after="0" w:line="240" w:lineRule="auto"/>
        <w:jc w:val="center"/>
        <w:rPr>
          <w:rFonts w:ascii="Times New Roman" w:hAnsi="Times New Roman" w:cs="Times New Roman"/>
          <w:bCs/>
          <w:sz w:val="28"/>
          <w:szCs w:val="28"/>
        </w:rPr>
      </w:pPr>
    </w:p>
    <w:p w14:paraId="51BD3E66" w14:textId="77777777" w:rsidR="00E6757D" w:rsidRDefault="00E6757D" w:rsidP="00E6757D">
      <w:pPr>
        <w:spacing w:after="0" w:line="240" w:lineRule="auto"/>
        <w:jc w:val="center"/>
        <w:rPr>
          <w:rFonts w:ascii="Times New Roman" w:hAnsi="Times New Roman" w:cs="Times New Roman"/>
          <w:bCs/>
          <w:sz w:val="28"/>
          <w:szCs w:val="28"/>
        </w:rPr>
      </w:pPr>
    </w:p>
    <w:p w14:paraId="478A2DF8" w14:textId="77777777" w:rsidR="00E6757D" w:rsidRDefault="00E6757D" w:rsidP="00E6757D">
      <w:pPr>
        <w:spacing w:after="0" w:line="240" w:lineRule="auto"/>
        <w:jc w:val="center"/>
        <w:rPr>
          <w:rFonts w:ascii="Times New Roman" w:hAnsi="Times New Roman" w:cs="Times New Roman"/>
          <w:bCs/>
          <w:sz w:val="28"/>
          <w:szCs w:val="28"/>
        </w:rPr>
      </w:pPr>
    </w:p>
    <w:p w14:paraId="1E681285" w14:textId="77777777" w:rsidR="00E6757D" w:rsidRDefault="00E6757D" w:rsidP="00E6757D">
      <w:pPr>
        <w:spacing w:after="0" w:line="240" w:lineRule="auto"/>
        <w:jc w:val="center"/>
        <w:rPr>
          <w:rFonts w:ascii="Times New Roman" w:hAnsi="Times New Roman" w:cs="Times New Roman"/>
          <w:bCs/>
          <w:sz w:val="28"/>
          <w:szCs w:val="28"/>
        </w:rPr>
      </w:pPr>
      <w:proofErr w:type="spellStart"/>
      <w:r w:rsidRPr="00E6757D">
        <w:rPr>
          <w:rFonts w:ascii="Times New Roman" w:hAnsi="Times New Roman" w:cs="Times New Roman"/>
          <w:bCs/>
          <w:sz w:val="28"/>
          <w:szCs w:val="28"/>
        </w:rPr>
        <w:t>Бишкек</w:t>
      </w:r>
      <w:proofErr w:type="spellEnd"/>
      <w:r w:rsidRPr="00E6757D">
        <w:rPr>
          <w:rFonts w:ascii="Times New Roman" w:hAnsi="Times New Roman" w:cs="Times New Roman"/>
          <w:bCs/>
          <w:sz w:val="28"/>
          <w:szCs w:val="28"/>
        </w:rPr>
        <w:t xml:space="preserve"> 2026</w:t>
      </w:r>
    </w:p>
    <w:p w14:paraId="01A9E975" w14:textId="79F89860" w:rsidR="00E6757D" w:rsidRPr="00E6757D" w:rsidRDefault="000321B4" w:rsidP="00E6757D">
      <w:pPr>
        <w:spacing w:after="0" w:line="240" w:lineRule="auto"/>
        <w:jc w:val="center"/>
        <w:rPr>
          <w:rFonts w:ascii="Times New Roman" w:hAnsi="Times New Roman" w:cs="Times New Roman"/>
          <w:b/>
          <w:bCs/>
          <w:sz w:val="28"/>
          <w:szCs w:val="28"/>
        </w:rPr>
      </w:pPr>
      <w:proofErr w:type="spellStart"/>
      <w:r w:rsidRPr="00E6757D">
        <w:rPr>
          <w:rFonts w:ascii="Times New Roman" w:hAnsi="Times New Roman" w:cs="Times New Roman"/>
          <w:b/>
          <w:bCs/>
          <w:sz w:val="28"/>
          <w:szCs w:val="28"/>
        </w:rPr>
        <w:lastRenderedPageBreak/>
        <w:t>Колдонмо</w:t>
      </w:r>
      <w:proofErr w:type="spellEnd"/>
      <w:r w:rsidRPr="00E6757D">
        <w:rPr>
          <w:rFonts w:ascii="Times New Roman" w:hAnsi="Times New Roman" w:cs="Times New Roman"/>
          <w:b/>
          <w:bCs/>
          <w:sz w:val="28"/>
          <w:szCs w:val="28"/>
        </w:rPr>
        <w:t xml:space="preserve"> </w:t>
      </w:r>
      <w:proofErr w:type="spellStart"/>
      <w:r w:rsidRPr="00E6757D">
        <w:rPr>
          <w:rFonts w:ascii="Times New Roman" w:hAnsi="Times New Roman" w:cs="Times New Roman"/>
          <w:b/>
          <w:bCs/>
          <w:sz w:val="28"/>
          <w:szCs w:val="28"/>
        </w:rPr>
        <w:t>жөнүндө</w:t>
      </w:r>
      <w:proofErr w:type="spellEnd"/>
    </w:p>
    <w:p w14:paraId="08A767AB" w14:textId="77777777" w:rsidR="008777B4" w:rsidRPr="00E6757D" w:rsidRDefault="000321B4" w:rsidP="00E6757D">
      <w:pPr>
        <w:spacing w:after="0" w:line="240" w:lineRule="auto"/>
        <w:ind w:firstLine="709"/>
        <w:jc w:val="both"/>
        <w:rPr>
          <w:rFonts w:ascii="Times New Roman" w:hAnsi="Times New Roman" w:cs="Times New Roman"/>
          <w:sz w:val="28"/>
          <w:szCs w:val="28"/>
        </w:rPr>
      </w:pPr>
      <w:r w:rsidRPr="00E6757D">
        <w:rPr>
          <w:rFonts w:ascii="Times New Roman" w:hAnsi="Times New Roman" w:cs="Times New Roman"/>
          <w:sz w:val="28"/>
          <w:szCs w:val="28"/>
        </w:rPr>
        <w:t>Колдонмодо жарандардын жана ишкерлердин КР ЖРЭТКМге кайрылуу, маалыматты жана административдик чечимдерди алуу, текшерүү учурунда аракеттенүү, чечимдерге даттануу жана коррупциялык көрүнүштөр жөнүндө кабарлоо тартиби түшүндүрүлөт. Материал Кыргыз Республикасынын Министрлер Кабинетинин 2021-жылдын 15-ноябрындагы № 263 токтому менен бекитилген Жобо менен белгиленген Министрликтин ыйгарым укуктарын эске алуу менен даярдалган.</w:t>
      </w:r>
    </w:p>
    <w:p w14:paraId="35E04542" w14:textId="77777777" w:rsidR="00E6757D" w:rsidRDefault="00E6757D" w:rsidP="00E6757D">
      <w:pPr>
        <w:keepNext/>
        <w:spacing w:after="0" w:line="240" w:lineRule="auto"/>
        <w:jc w:val="both"/>
        <w:rPr>
          <w:rFonts w:ascii="Times New Roman" w:hAnsi="Times New Roman" w:cs="Times New Roman"/>
          <w:b/>
          <w:bCs/>
          <w:sz w:val="28"/>
          <w:szCs w:val="28"/>
        </w:rPr>
      </w:pPr>
    </w:p>
    <w:p w14:paraId="6C2BFC08" w14:textId="77777777" w:rsidR="00E6757D" w:rsidRDefault="000321B4" w:rsidP="00E6757D">
      <w:pPr>
        <w:keepNext/>
        <w:spacing w:after="0" w:line="240" w:lineRule="auto"/>
        <w:jc w:val="center"/>
        <w:rPr>
          <w:rFonts w:ascii="Times New Roman" w:hAnsi="Times New Roman" w:cs="Times New Roman"/>
          <w:b/>
          <w:bCs/>
          <w:sz w:val="28"/>
          <w:szCs w:val="28"/>
        </w:rPr>
      </w:pPr>
      <w:proofErr w:type="spellStart"/>
      <w:r w:rsidRPr="00E6757D">
        <w:rPr>
          <w:rFonts w:ascii="Times New Roman" w:hAnsi="Times New Roman" w:cs="Times New Roman"/>
          <w:b/>
          <w:bCs/>
          <w:sz w:val="28"/>
          <w:szCs w:val="28"/>
        </w:rPr>
        <w:t>Укуктук</w:t>
      </w:r>
      <w:proofErr w:type="spellEnd"/>
      <w:r w:rsidRPr="00E6757D">
        <w:rPr>
          <w:rFonts w:ascii="Times New Roman" w:hAnsi="Times New Roman" w:cs="Times New Roman"/>
          <w:b/>
          <w:bCs/>
          <w:sz w:val="28"/>
          <w:szCs w:val="28"/>
        </w:rPr>
        <w:t xml:space="preserve"> </w:t>
      </w:r>
      <w:proofErr w:type="spellStart"/>
      <w:r w:rsidRPr="00E6757D">
        <w:rPr>
          <w:rFonts w:ascii="Times New Roman" w:hAnsi="Times New Roman" w:cs="Times New Roman"/>
          <w:b/>
          <w:bCs/>
          <w:sz w:val="28"/>
          <w:szCs w:val="28"/>
        </w:rPr>
        <w:t>статусу</w:t>
      </w:r>
      <w:proofErr w:type="spellEnd"/>
    </w:p>
    <w:p w14:paraId="603699E4" w14:textId="7763BE41" w:rsidR="00E6757D" w:rsidRDefault="000321B4" w:rsidP="00E6757D">
      <w:pPr>
        <w:keepNext/>
        <w:spacing w:after="0" w:line="240" w:lineRule="auto"/>
        <w:ind w:firstLine="709"/>
        <w:jc w:val="both"/>
        <w:rPr>
          <w:rFonts w:ascii="Times New Roman" w:hAnsi="Times New Roman" w:cs="Times New Roman"/>
          <w:sz w:val="28"/>
          <w:szCs w:val="28"/>
        </w:rPr>
      </w:pPr>
      <w:proofErr w:type="spellStart"/>
      <w:r w:rsidRPr="00E6757D">
        <w:rPr>
          <w:rFonts w:ascii="Times New Roman" w:hAnsi="Times New Roman" w:cs="Times New Roman"/>
          <w:sz w:val="28"/>
          <w:szCs w:val="28"/>
        </w:rPr>
        <w:t>Колдонмо</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маалыматтык-методикалык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материал</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болуп</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саналат</w:t>
      </w:r>
      <w:proofErr w:type="spellEnd"/>
      <w:r w:rsidRPr="00E6757D">
        <w:rPr>
          <w:rFonts w:ascii="Times New Roman" w:hAnsi="Times New Roman" w:cs="Times New Roman"/>
          <w:sz w:val="28"/>
          <w:szCs w:val="28"/>
        </w:rPr>
        <w:t xml:space="preserve"> жана </w:t>
      </w:r>
      <w:proofErr w:type="spellStart"/>
      <w:r w:rsidRPr="00E6757D">
        <w:rPr>
          <w:rFonts w:ascii="Times New Roman" w:hAnsi="Times New Roman" w:cs="Times New Roman"/>
          <w:sz w:val="28"/>
          <w:szCs w:val="28"/>
        </w:rPr>
        <w:t>ченемдик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укуктук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акт</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же</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жеке</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юридикалык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консультация</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болуп</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эсептелбейт</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Айырмачылыктар</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келип</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чыккан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учурда</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мыйзамдын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колдонуудагы</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редакциясы</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атайын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тармактык</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акт</w:t>
      </w:r>
      <w:proofErr w:type="spellEnd"/>
      <w:r w:rsidRPr="00E6757D">
        <w:rPr>
          <w:rFonts w:ascii="Times New Roman" w:hAnsi="Times New Roman" w:cs="Times New Roman"/>
          <w:sz w:val="28"/>
          <w:szCs w:val="28"/>
        </w:rPr>
        <w:t xml:space="preserve"> жана </w:t>
      </w:r>
      <w:proofErr w:type="spellStart"/>
      <w:r w:rsidRPr="00E6757D">
        <w:rPr>
          <w:rFonts w:ascii="Times New Roman" w:hAnsi="Times New Roman" w:cs="Times New Roman"/>
          <w:sz w:val="28"/>
          <w:szCs w:val="28"/>
        </w:rPr>
        <w:t>конкреттүү</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кызмат</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көрсөтүүнүн</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стандарты</w:t>
      </w:r>
      <w:proofErr w:type="spellEnd"/>
      <w:r w:rsidRPr="00E6757D">
        <w:rPr>
          <w:rFonts w:ascii="Times New Roman" w:hAnsi="Times New Roman" w:cs="Times New Roman"/>
          <w:sz w:val="28"/>
          <w:szCs w:val="28"/>
        </w:rPr>
        <w:t xml:space="preserve"> </w:t>
      </w:r>
      <w:proofErr w:type="spellStart"/>
      <w:r w:rsidRPr="00E6757D">
        <w:rPr>
          <w:rFonts w:ascii="Times New Roman" w:hAnsi="Times New Roman" w:cs="Times New Roman"/>
          <w:sz w:val="28"/>
          <w:szCs w:val="28"/>
        </w:rPr>
        <w:t>колдонулат</w:t>
      </w:r>
      <w:proofErr w:type="spellEnd"/>
      <w:r w:rsidRPr="00E6757D">
        <w:rPr>
          <w:rFonts w:ascii="Times New Roman" w:hAnsi="Times New Roman" w:cs="Times New Roman"/>
          <w:sz w:val="28"/>
          <w:szCs w:val="28"/>
        </w:rPr>
        <w:t>.</w:t>
      </w:r>
    </w:p>
    <w:p w14:paraId="3EF66A4E" w14:textId="4886BFEB" w:rsidR="008777B4" w:rsidRPr="006C0AE0" w:rsidRDefault="000321B4" w:rsidP="00E6757D">
      <w:pPr>
        <w:keepNext/>
        <w:spacing w:after="0" w:line="240" w:lineRule="auto"/>
        <w:ind w:firstLine="709"/>
        <w:jc w:val="center"/>
        <w:rPr>
          <w:rFonts w:ascii="Times New Roman" w:hAnsi="Times New Roman" w:cs="Times New Roman"/>
          <w:b/>
          <w:bCs/>
          <w:sz w:val="28"/>
          <w:szCs w:val="28"/>
          <w:lang w:val="ru-RU"/>
        </w:rPr>
      </w:pPr>
      <w:proofErr w:type="spellStart"/>
      <w:r w:rsidRPr="006C0AE0">
        <w:rPr>
          <w:rFonts w:ascii="Times New Roman" w:hAnsi="Times New Roman" w:cs="Times New Roman"/>
          <w:b/>
          <w:bCs/>
          <w:sz w:val="28"/>
          <w:szCs w:val="28"/>
        </w:rPr>
        <w:t>Колдонмону</w:t>
      </w:r>
      <w:proofErr w:type="spellEnd"/>
      <w:r w:rsidRPr="006C0AE0">
        <w:rPr>
          <w:rFonts w:ascii="Times New Roman" w:hAnsi="Times New Roman" w:cs="Times New Roman"/>
          <w:b/>
          <w:bCs/>
          <w:sz w:val="28"/>
          <w:szCs w:val="28"/>
        </w:rPr>
        <w:t xml:space="preserve"> </w:t>
      </w:r>
      <w:proofErr w:type="spellStart"/>
      <w:r w:rsidRPr="006C0AE0">
        <w:rPr>
          <w:rFonts w:ascii="Times New Roman" w:hAnsi="Times New Roman" w:cs="Times New Roman"/>
          <w:b/>
          <w:bCs/>
          <w:sz w:val="28"/>
          <w:szCs w:val="28"/>
        </w:rPr>
        <w:t>кантип</w:t>
      </w:r>
      <w:proofErr w:type="spellEnd"/>
      <w:r w:rsidRPr="006C0AE0">
        <w:rPr>
          <w:rFonts w:ascii="Times New Roman" w:hAnsi="Times New Roman" w:cs="Times New Roman"/>
          <w:b/>
          <w:bCs/>
          <w:sz w:val="28"/>
          <w:szCs w:val="28"/>
        </w:rPr>
        <w:t xml:space="preserve"> </w:t>
      </w:r>
      <w:proofErr w:type="spellStart"/>
      <w:r w:rsidRPr="006C0AE0">
        <w:rPr>
          <w:rFonts w:ascii="Times New Roman" w:hAnsi="Times New Roman" w:cs="Times New Roman"/>
          <w:b/>
          <w:bCs/>
          <w:sz w:val="28"/>
          <w:szCs w:val="28"/>
        </w:rPr>
        <w:t>пайдалануу</w:t>
      </w:r>
      <w:proofErr w:type="spellEnd"/>
      <w:r w:rsidRPr="006C0AE0">
        <w:rPr>
          <w:rFonts w:ascii="Times New Roman" w:hAnsi="Times New Roman" w:cs="Times New Roman"/>
          <w:b/>
          <w:bCs/>
          <w:sz w:val="28"/>
          <w:szCs w:val="28"/>
        </w:rPr>
        <w:t xml:space="preserve"> </w:t>
      </w:r>
      <w:proofErr w:type="spellStart"/>
      <w:r w:rsidRPr="006C0AE0">
        <w:rPr>
          <w:rFonts w:ascii="Times New Roman" w:hAnsi="Times New Roman" w:cs="Times New Roman"/>
          <w:b/>
          <w:bCs/>
          <w:sz w:val="28"/>
          <w:szCs w:val="28"/>
        </w:rPr>
        <w:t>керек</w:t>
      </w:r>
      <w:proofErr w:type="spellEnd"/>
    </w:p>
    <w:tbl>
      <w:tblPr>
        <w:tblStyle w:val="aff0"/>
        <w:tblW w:w="0" w:type="auto"/>
        <w:tblInd w:w="108" w:type="dxa"/>
        <w:tblLook w:val="04A0" w:firstRow="1" w:lastRow="0" w:firstColumn="1" w:lastColumn="0" w:noHBand="0" w:noVBand="1"/>
      </w:tblPr>
      <w:tblGrid>
        <w:gridCol w:w="6508"/>
        <w:gridCol w:w="3536"/>
      </w:tblGrid>
      <w:tr w:rsidR="008777B4" w:rsidRPr="00E6757D" w14:paraId="7200BBA3" w14:textId="77777777" w:rsidTr="00851104">
        <w:tc>
          <w:tcPr>
            <w:tcW w:w="0" w:type="auto"/>
            <w:vAlign w:val="center"/>
          </w:tcPr>
          <w:p w14:paraId="0E59024A" w14:textId="77777777" w:rsidR="008777B4" w:rsidRPr="00851104" w:rsidRDefault="000321B4" w:rsidP="00851104">
            <w:pPr>
              <w:pStyle w:val="a9"/>
              <w:jc w:val="center"/>
              <w:rPr>
                <w:rFonts w:ascii="Times New Roman" w:hAnsi="Times New Roman" w:cs="Times New Roman"/>
                <w:b/>
                <w:bCs/>
                <w:sz w:val="24"/>
                <w:szCs w:val="24"/>
              </w:rPr>
            </w:pPr>
            <w:proofErr w:type="spellStart"/>
            <w:r w:rsidRPr="00851104">
              <w:rPr>
                <w:rFonts w:ascii="Times New Roman" w:hAnsi="Times New Roman" w:cs="Times New Roman"/>
                <w:b/>
                <w:bCs/>
                <w:sz w:val="24"/>
                <w:szCs w:val="24"/>
              </w:rPr>
              <w:t>Жагдай</w:t>
            </w:r>
            <w:proofErr w:type="spellEnd"/>
          </w:p>
        </w:tc>
        <w:tc>
          <w:tcPr>
            <w:tcW w:w="0" w:type="auto"/>
            <w:vAlign w:val="center"/>
          </w:tcPr>
          <w:p w14:paraId="07B97D18" w14:textId="77777777" w:rsidR="008777B4" w:rsidRPr="00851104" w:rsidRDefault="000321B4" w:rsidP="00851104">
            <w:pPr>
              <w:pStyle w:val="a9"/>
              <w:jc w:val="center"/>
              <w:rPr>
                <w:rFonts w:ascii="Times New Roman" w:hAnsi="Times New Roman" w:cs="Times New Roman"/>
                <w:b/>
                <w:bCs/>
                <w:sz w:val="24"/>
                <w:szCs w:val="24"/>
              </w:rPr>
            </w:pPr>
            <w:r w:rsidRPr="00851104">
              <w:rPr>
                <w:rFonts w:ascii="Times New Roman" w:hAnsi="Times New Roman" w:cs="Times New Roman"/>
                <w:b/>
                <w:bCs/>
                <w:sz w:val="24"/>
                <w:szCs w:val="24"/>
              </w:rPr>
              <w:t>Керектүү бөлүм</w:t>
            </w:r>
          </w:p>
        </w:tc>
      </w:tr>
      <w:tr w:rsidR="008777B4" w:rsidRPr="00E6757D" w14:paraId="6998C703" w14:textId="77777777" w:rsidTr="00851104">
        <w:tc>
          <w:tcPr>
            <w:tcW w:w="0" w:type="auto"/>
            <w:vAlign w:val="center"/>
          </w:tcPr>
          <w:p w14:paraId="212B45B7"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Көйгөй тууралуу билдирүү, көмөк көрсөтүүнү суроо же даттануу</w:t>
            </w:r>
          </w:p>
        </w:tc>
        <w:tc>
          <w:tcPr>
            <w:tcW w:w="0" w:type="auto"/>
            <w:vAlign w:val="center"/>
          </w:tcPr>
          <w:p w14:paraId="141E4DBB"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Жарандын кайрылуусу</w:t>
            </w:r>
          </w:p>
        </w:tc>
      </w:tr>
      <w:tr w:rsidR="008777B4" w:rsidRPr="00E6757D" w14:paraId="350FE76A" w14:textId="77777777" w:rsidTr="00851104">
        <w:tc>
          <w:tcPr>
            <w:tcW w:w="0" w:type="auto"/>
            <w:vAlign w:val="center"/>
          </w:tcPr>
          <w:p w14:paraId="2517B441"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Документ, маалымат, дайындар же көчүрмөлөрдү алуу</w:t>
            </w:r>
          </w:p>
        </w:tc>
        <w:tc>
          <w:tcPr>
            <w:tcW w:w="0" w:type="auto"/>
            <w:vAlign w:val="center"/>
          </w:tcPr>
          <w:p w14:paraId="196AE640"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Маалымат алуу үчүн суроо-талап</w:t>
            </w:r>
          </w:p>
        </w:tc>
      </w:tr>
      <w:tr w:rsidR="008777B4" w:rsidRPr="00E6757D" w14:paraId="20892EFA" w14:textId="77777777" w:rsidTr="00851104">
        <w:tc>
          <w:tcPr>
            <w:tcW w:w="0" w:type="auto"/>
            <w:vAlign w:val="center"/>
          </w:tcPr>
          <w:p w14:paraId="3E2D8FE5"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Лицензия, уруксат, экспертиза же башка чечим алуу</w:t>
            </w:r>
          </w:p>
        </w:tc>
        <w:tc>
          <w:tcPr>
            <w:tcW w:w="0" w:type="auto"/>
            <w:vAlign w:val="center"/>
          </w:tcPr>
          <w:p w14:paraId="74F61B7B"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Административдик жол-жобо</w:t>
            </w:r>
          </w:p>
        </w:tc>
      </w:tr>
      <w:tr w:rsidR="008777B4" w:rsidRPr="00E6757D" w14:paraId="46FB70AF" w14:textId="77777777" w:rsidTr="00851104">
        <w:tc>
          <w:tcPr>
            <w:tcW w:w="0" w:type="auto"/>
            <w:vAlign w:val="center"/>
          </w:tcPr>
          <w:p w14:paraId="49DBF8DF"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Текшерүү жөнүндө билдирүү алынды же инспектор келди</w:t>
            </w:r>
          </w:p>
        </w:tc>
        <w:tc>
          <w:tcPr>
            <w:tcW w:w="0" w:type="auto"/>
            <w:vAlign w:val="center"/>
          </w:tcPr>
          <w:p w14:paraId="16E76ADD"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Ишкерлерди текшерүү</w:t>
            </w:r>
          </w:p>
        </w:tc>
      </w:tr>
      <w:tr w:rsidR="008777B4" w:rsidRPr="00E6757D" w14:paraId="395024AD" w14:textId="77777777" w:rsidTr="00851104">
        <w:tc>
          <w:tcPr>
            <w:tcW w:w="0" w:type="auto"/>
            <w:vAlign w:val="center"/>
          </w:tcPr>
          <w:p w14:paraId="371EBF98"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Акча, белек талап кылышат же расмий эмес чечим сунушташат</w:t>
            </w:r>
          </w:p>
        </w:tc>
        <w:tc>
          <w:tcPr>
            <w:tcW w:w="0" w:type="auto"/>
            <w:vAlign w:val="center"/>
          </w:tcPr>
          <w:p w14:paraId="31A8F1C7" w14:textId="77777777" w:rsidR="008777B4" w:rsidRPr="00E6757D" w:rsidRDefault="000321B4" w:rsidP="00851104">
            <w:pPr>
              <w:pStyle w:val="a9"/>
              <w:rPr>
                <w:rFonts w:ascii="Times New Roman" w:hAnsi="Times New Roman" w:cs="Times New Roman"/>
                <w:sz w:val="24"/>
                <w:szCs w:val="24"/>
              </w:rPr>
            </w:pPr>
            <w:r w:rsidRPr="00E6757D">
              <w:rPr>
                <w:rFonts w:ascii="Times New Roman" w:hAnsi="Times New Roman" w:cs="Times New Roman"/>
                <w:sz w:val="24"/>
                <w:szCs w:val="24"/>
              </w:rPr>
              <w:t>Коррупциянын алдын алуу</w:t>
            </w:r>
          </w:p>
        </w:tc>
      </w:tr>
    </w:tbl>
    <w:p w14:paraId="0BB8414C" w14:textId="77777777" w:rsidR="00851104" w:rsidRDefault="00851104" w:rsidP="00851104">
      <w:pPr>
        <w:spacing w:after="0" w:line="240" w:lineRule="auto"/>
        <w:jc w:val="both"/>
        <w:rPr>
          <w:rFonts w:ascii="Times New Roman" w:hAnsi="Times New Roman" w:cs="Times New Roman"/>
          <w:sz w:val="28"/>
          <w:szCs w:val="28"/>
        </w:rPr>
      </w:pPr>
    </w:p>
    <w:p w14:paraId="3F307531" w14:textId="0523E911" w:rsidR="00851104" w:rsidRPr="00851104" w:rsidRDefault="00851104" w:rsidP="00851104">
      <w:pPr>
        <w:spacing w:after="0" w:line="240" w:lineRule="auto"/>
        <w:jc w:val="center"/>
        <w:rPr>
          <w:rFonts w:ascii="Times New Roman" w:hAnsi="Times New Roman" w:cs="Times New Roman"/>
          <w:b/>
          <w:bCs/>
          <w:sz w:val="28"/>
          <w:szCs w:val="28"/>
        </w:rPr>
      </w:pPr>
      <w:proofErr w:type="spellStart"/>
      <w:r w:rsidRPr="00851104">
        <w:rPr>
          <w:rFonts w:ascii="Times New Roman" w:hAnsi="Times New Roman" w:cs="Times New Roman"/>
          <w:b/>
          <w:bCs/>
          <w:sz w:val="28"/>
          <w:szCs w:val="28"/>
        </w:rPr>
        <w:t>Иштеп</w:t>
      </w:r>
      <w:proofErr w:type="spellEnd"/>
      <w:r w:rsidRPr="00851104">
        <w:rPr>
          <w:rFonts w:ascii="Times New Roman" w:hAnsi="Times New Roman" w:cs="Times New Roman"/>
          <w:b/>
          <w:bCs/>
          <w:sz w:val="28"/>
          <w:szCs w:val="28"/>
        </w:rPr>
        <w:t xml:space="preserve"> </w:t>
      </w:r>
      <w:proofErr w:type="spellStart"/>
      <w:r w:rsidRPr="00851104">
        <w:rPr>
          <w:rFonts w:ascii="Times New Roman" w:hAnsi="Times New Roman" w:cs="Times New Roman"/>
          <w:b/>
          <w:bCs/>
          <w:sz w:val="28"/>
          <w:szCs w:val="28"/>
        </w:rPr>
        <w:t>чыгуунун</w:t>
      </w:r>
      <w:proofErr w:type="spellEnd"/>
      <w:r w:rsidRPr="00851104">
        <w:rPr>
          <w:rFonts w:ascii="Times New Roman" w:hAnsi="Times New Roman" w:cs="Times New Roman"/>
          <w:b/>
          <w:bCs/>
          <w:sz w:val="28"/>
          <w:szCs w:val="28"/>
        </w:rPr>
        <w:t xml:space="preserve"> </w:t>
      </w:r>
      <w:proofErr w:type="spellStart"/>
      <w:r w:rsidRPr="00851104">
        <w:rPr>
          <w:rFonts w:ascii="Times New Roman" w:hAnsi="Times New Roman" w:cs="Times New Roman"/>
          <w:b/>
          <w:bCs/>
          <w:sz w:val="28"/>
          <w:szCs w:val="28"/>
        </w:rPr>
        <w:t>негизи</w:t>
      </w:r>
      <w:proofErr w:type="spellEnd"/>
    </w:p>
    <w:p w14:paraId="4C0561E9" w14:textId="26CD4BD6" w:rsidR="008777B4" w:rsidRPr="00851104" w:rsidRDefault="000321B4" w:rsidP="00851104">
      <w:pPr>
        <w:spacing w:after="0" w:line="240" w:lineRule="auto"/>
        <w:ind w:firstLine="709"/>
        <w:jc w:val="both"/>
        <w:rPr>
          <w:rFonts w:ascii="Times New Roman" w:hAnsi="Times New Roman" w:cs="Times New Roman"/>
          <w:sz w:val="28"/>
          <w:szCs w:val="28"/>
        </w:rPr>
      </w:pPr>
      <w:proofErr w:type="spellStart"/>
      <w:r w:rsidRPr="00851104">
        <w:rPr>
          <w:rFonts w:ascii="Times New Roman" w:hAnsi="Times New Roman" w:cs="Times New Roman"/>
          <w:sz w:val="28"/>
          <w:szCs w:val="28"/>
        </w:rPr>
        <w:t>Колдонмо</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Кыргыз</w:t>
      </w:r>
      <w:proofErr w:type="spellEnd"/>
      <w:r w:rsidRPr="00851104">
        <w:rPr>
          <w:rFonts w:ascii="Times New Roman" w:hAnsi="Times New Roman" w:cs="Times New Roman"/>
          <w:sz w:val="28"/>
          <w:szCs w:val="28"/>
        </w:rPr>
        <w:t xml:space="preserve"> Республикасынын Министрлер Кабинетинин 2026-жылдын 29-январындагы № 29 </w:t>
      </w:r>
      <w:proofErr w:type="spellStart"/>
      <w:r w:rsidRPr="00851104">
        <w:rPr>
          <w:rFonts w:ascii="Times New Roman" w:hAnsi="Times New Roman" w:cs="Times New Roman"/>
          <w:sz w:val="28"/>
          <w:szCs w:val="28"/>
        </w:rPr>
        <w:t>токтому</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менен</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бекитилген</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Кыргыз</w:t>
      </w:r>
      <w:proofErr w:type="spellEnd"/>
      <w:r w:rsidRPr="00851104">
        <w:rPr>
          <w:rFonts w:ascii="Times New Roman" w:hAnsi="Times New Roman" w:cs="Times New Roman"/>
          <w:sz w:val="28"/>
          <w:szCs w:val="28"/>
        </w:rPr>
        <w:t xml:space="preserve"> Республикасынын 2026</w:t>
      </w:r>
      <w:r w:rsidR="00627AF7">
        <w:rPr>
          <w:rFonts w:ascii="Times New Roman" w:hAnsi="Times New Roman" w:cs="Times New Roman"/>
          <w:sz w:val="28"/>
          <w:szCs w:val="28"/>
          <w:lang w:val="ru-RU"/>
        </w:rPr>
        <w:t>-</w:t>
      </w:r>
      <w:r w:rsidRPr="00851104">
        <w:rPr>
          <w:rFonts w:ascii="Times New Roman" w:hAnsi="Times New Roman" w:cs="Times New Roman"/>
          <w:sz w:val="28"/>
          <w:szCs w:val="28"/>
        </w:rPr>
        <w:t xml:space="preserve">2027-жылдарга </w:t>
      </w:r>
      <w:proofErr w:type="spellStart"/>
      <w:r w:rsidRPr="00851104">
        <w:rPr>
          <w:rFonts w:ascii="Times New Roman" w:hAnsi="Times New Roman" w:cs="Times New Roman"/>
          <w:sz w:val="28"/>
          <w:szCs w:val="28"/>
        </w:rPr>
        <w:t>коррупцияга</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каршы</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маалыматтык</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саясат</w:t>
      </w:r>
      <w:proofErr w:type="spellEnd"/>
      <w:r w:rsidRPr="00851104">
        <w:rPr>
          <w:rFonts w:ascii="Times New Roman" w:hAnsi="Times New Roman" w:cs="Times New Roman"/>
          <w:sz w:val="28"/>
          <w:szCs w:val="28"/>
        </w:rPr>
        <w:t xml:space="preserve"> боюнча </w:t>
      </w:r>
      <w:proofErr w:type="spellStart"/>
      <w:r w:rsidRPr="00851104">
        <w:rPr>
          <w:rFonts w:ascii="Times New Roman" w:hAnsi="Times New Roman" w:cs="Times New Roman"/>
          <w:sz w:val="28"/>
          <w:szCs w:val="28"/>
        </w:rPr>
        <w:t>мамлекеттик</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программасынын</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Иш-чаралар</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планынын</w:t>
      </w:r>
      <w:proofErr w:type="spellEnd"/>
      <w:r w:rsidRPr="00851104">
        <w:rPr>
          <w:rFonts w:ascii="Times New Roman" w:hAnsi="Times New Roman" w:cs="Times New Roman"/>
          <w:sz w:val="28"/>
          <w:szCs w:val="28"/>
        </w:rPr>
        <w:t xml:space="preserve"> 1-главасынын 3-пунктун, </w:t>
      </w:r>
      <w:proofErr w:type="spellStart"/>
      <w:r w:rsidRPr="00851104">
        <w:rPr>
          <w:rFonts w:ascii="Times New Roman" w:hAnsi="Times New Roman" w:cs="Times New Roman"/>
          <w:sz w:val="28"/>
          <w:szCs w:val="28"/>
        </w:rPr>
        <w:t>ошондой</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эле</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Башкы</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прокуратуранын</w:t>
      </w:r>
      <w:proofErr w:type="spellEnd"/>
      <w:r w:rsidRPr="00851104">
        <w:rPr>
          <w:rFonts w:ascii="Times New Roman" w:hAnsi="Times New Roman" w:cs="Times New Roman"/>
          <w:sz w:val="28"/>
          <w:szCs w:val="28"/>
        </w:rPr>
        <w:t xml:space="preserve"> 2026-жылдын 9-сентябрындагы </w:t>
      </w:r>
      <w:proofErr w:type="spellStart"/>
      <w:r w:rsidRPr="00851104">
        <w:rPr>
          <w:rFonts w:ascii="Times New Roman" w:hAnsi="Times New Roman" w:cs="Times New Roman"/>
          <w:sz w:val="28"/>
          <w:szCs w:val="28"/>
        </w:rPr>
        <w:t>тиешелүү</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тапшырмасын</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аткарууда</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пайдаланылышы</w:t>
      </w:r>
      <w:proofErr w:type="spellEnd"/>
      <w:r w:rsidRPr="00851104">
        <w:rPr>
          <w:rFonts w:ascii="Times New Roman" w:hAnsi="Times New Roman" w:cs="Times New Roman"/>
          <w:sz w:val="28"/>
          <w:szCs w:val="28"/>
        </w:rPr>
        <w:t xml:space="preserve"> </w:t>
      </w:r>
      <w:proofErr w:type="spellStart"/>
      <w:r w:rsidRPr="00851104">
        <w:rPr>
          <w:rFonts w:ascii="Times New Roman" w:hAnsi="Times New Roman" w:cs="Times New Roman"/>
          <w:sz w:val="28"/>
          <w:szCs w:val="28"/>
        </w:rPr>
        <w:t>мүмкүн</w:t>
      </w:r>
      <w:proofErr w:type="spellEnd"/>
      <w:r w:rsidRPr="00851104">
        <w:rPr>
          <w:rFonts w:ascii="Times New Roman" w:hAnsi="Times New Roman" w:cs="Times New Roman"/>
          <w:sz w:val="28"/>
          <w:szCs w:val="28"/>
        </w:rPr>
        <w:t>.</w:t>
      </w:r>
    </w:p>
    <w:p w14:paraId="350AA5A1" w14:textId="77777777" w:rsidR="00851104" w:rsidRDefault="00851104" w:rsidP="00851104">
      <w:pPr>
        <w:spacing w:after="0" w:line="240" w:lineRule="auto"/>
        <w:rPr>
          <w:rFonts w:ascii="Times New Roman" w:hAnsi="Times New Roman" w:cs="Times New Roman"/>
        </w:rPr>
      </w:pPr>
    </w:p>
    <w:p w14:paraId="18A47807" w14:textId="06F9B7BE" w:rsidR="008777B4" w:rsidRPr="00851104" w:rsidRDefault="000321B4" w:rsidP="00851104">
      <w:pPr>
        <w:spacing w:after="0" w:line="240" w:lineRule="auto"/>
        <w:jc w:val="center"/>
        <w:rPr>
          <w:rFonts w:ascii="Times New Roman" w:hAnsi="Times New Roman" w:cs="Times New Roman"/>
          <w:b/>
          <w:bCs/>
          <w:sz w:val="28"/>
          <w:szCs w:val="28"/>
        </w:rPr>
      </w:pPr>
      <w:proofErr w:type="spellStart"/>
      <w:r w:rsidRPr="00851104">
        <w:rPr>
          <w:rFonts w:ascii="Times New Roman" w:hAnsi="Times New Roman" w:cs="Times New Roman"/>
          <w:b/>
          <w:bCs/>
          <w:sz w:val="28"/>
          <w:szCs w:val="28"/>
        </w:rPr>
        <w:t>Мазмуну</w:t>
      </w:r>
      <w:proofErr w:type="spellEnd"/>
    </w:p>
    <w:tbl>
      <w:tblPr>
        <w:tblStyle w:val="aff0"/>
        <w:tblW w:w="0" w:type="auto"/>
        <w:tblInd w:w="108" w:type="dxa"/>
        <w:tblLook w:val="04A0" w:firstRow="1" w:lastRow="0" w:firstColumn="1" w:lastColumn="0" w:noHBand="0" w:noVBand="1"/>
      </w:tblPr>
      <w:tblGrid>
        <w:gridCol w:w="913"/>
        <w:gridCol w:w="4184"/>
        <w:gridCol w:w="4947"/>
      </w:tblGrid>
      <w:tr w:rsidR="008777B4" w:rsidRPr="00851104" w14:paraId="6ECA3C5C" w14:textId="77777777" w:rsidTr="00851104">
        <w:tc>
          <w:tcPr>
            <w:tcW w:w="0" w:type="auto"/>
            <w:vAlign w:val="center"/>
          </w:tcPr>
          <w:p w14:paraId="789D5265" w14:textId="77777777" w:rsidR="008777B4" w:rsidRPr="00851104" w:rsidRDefault="000321B4" w:rsidP="00851104">
            <w:pPr>
              <w:pStyle w:val="a9"/>
              <w:jc w:val="center"/>
              <w:rPr>
                <w:rFonts w:ascii="Times New Roman" w:hAnsi="Times New Roman" w:cs="Times New Roman"/>
                <w:b/>
                <w:bCs/>
                <w:sz w:val="24"/>
                <w:szCs w:val="24"/>
              </w:rPr>
            </w:pPr>
            <w:proofErr w:type="spellStart"/>
            <w:r w:rsidRPr="00851104">
              <w:rPr>
                <w:rFonts w:ascii="Times New Roman" w:hAnsi="Times New Roman" w:cs="Times New Roman"/>
                <w:b/>
                <w:bCs/>
                <w:sz w:val="24"/>
                <w:szCs w:val="24"/>
              </w:rPr>
              <w:t>Бөлүм</w:t>
            </w:r>
            <w:proofErr w:type="spellEnd"/>
          </w:p>
        </w:tc>
        <w:tc>
          <w:tcPr>
            <w:tcW w:w="0" w:type="auto"/>
            <w:vAlign w:val="center"/>
          </w:tcPr>
          <w:p w14:paraId="466EF330" w14:textId="77777777" w:rsidR="008777B4" w:rsidRPr="00851104" w:rsidRDefault="000321B4" w:rsidP="00851104">
            <w:pPr>
              <w:pStyle w:val="a9"/>
              <w:jc w:val="center"/>
              <w:rPr>
                <w:rFonts w:ascii="Times New Roman" w:hAnsi="Times New Roman" w:cs="Times New Roman"/>
                <w:b/>
                <w:bCs/>
                <w:sz w:val="24"/>
                <w:szCs w:val="24"/>
              </w:rPr>
            </w:pPr>
            <w:r w:rsidRPr="00851104">
              <w:rPr>
                <w:rFonts w:ascii="Times New Roman" w:hAnsi="Times New Roman" w:cs="Times New Roman"/>
                <w:b/>
                <w:bCs/>
                <w:sz w:val="24"/>
                <w:szCs w:val="24"/>
              </w:rPr>
              <w:t>Аталышы</w:t>
            </w:r>
          </w:p>
        </w:tc>
        <w:tc>
          <w:tcPr>
            <w:tcW w:w="0" w:type="auto"/>
            <w:vAlign w:val="center"/>
          </w:tcPr>
          <w:p w14:paraId="29745414" w14:textId="77777777" w:rsidR="008777B4" w:rsidRPr="00851104" w:rsidRDefault="000321B4" w:rsidP="00851104">
            <w:pPr>
              <w:pStyle w:val="a9"/>
              <w:jc w:val="center"/>
              <w:rPr>
                <w:rFonts w:ascii="Times New Roman" w:hAnsi="Times New Roman" w:cs="Times New Roman"/>
                <w:b/>
                <w:bCs/>
                <w:sz w:val="24"/>
                <w:szCs w:val="24"/>
              </w:rPr>
            </w:pPr>
            <w:r w:rsidRPr="00851104">
              <w:rPr>
                <w:rFonts w:ascii="Times New Roman" w:hAnsi="Times New Roman" w:cs="Times New Roman"/>
                <w:b/>
                <w:bCs/>
                <w:sz w:val="24"/>
                <w:szCs w:val="24"/>
              </w:rPr>
              <w:t>Эмнелер камтылган</w:t>
            </w:r>
          </w:p>
        </w:tc>
      </w:tr>
      <w:tr w:rsidR="008777B4" w:rsidRPr="00851104" w14:paraId="5596F461" w14:textId="77777777" w:rsidTr="00851104">
        <w:tc>
          <w:tcPr>
            <w:tcW w:w="0" w:type="auto"/>
            <w:vAlign w:val="center"/>
          </w:tcPr>
          <w:p w14:paraId="5F7A7EFF"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1</w:t>
            </w:r>
          </w:p>
        </w:tc>
        <w:tc>
          <w:tcPr>
            <w:tcW w:w="0" w:type="auto"/>
            <w:vAlign w:val="center"/>
          </w:tcPr>
          <w:p w14:paraId="7966D3ED"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КР ЖРЭТКМнин ыйгарым укуктары</w:t>
            </w:r>
          </w:p>
        </w:tc>
        <w:tc>
          <w:tcPr>
            <w:tcW w:w="0" w:type="auto"/>
            <w:vAlign w:val="center"/>
          </w:tcPr>
          <w:p w14:paraId="78DD1C63"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Жоопкерчилик чөйрөлөрү жана компетенциянын чектери</w:t>
            </w:r>
          </w:p>
        </w:tc>
      </w:tr>
      <w:tr w:rsidR="008777B4" w:rsidRPr="00851104" w14:paraId="650DE51C" w14:textId="77777777" w:rsidTr="00851104">
        <w:tc>
          <w:tcPr>
            <w:tcW w:w="0" w:type="auto"/>
            <w:vAlign w:val="center"/>
          </w:tcPr>
          <w:p w14:paraId="1B2A152B"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2</w:t>
            </w:r>
          </w:p>
        </w:tc>
        <w:tc>
          <w:tcPr>
            <w:tcW w:w="0" w:type="auto"/>
            <w:vAlign w:val="center"/>
          </w:tcPr>
          <w:p w14:paraId="387AC3A0"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Туура жол-жобону тандоо</w:t>
            </w:r>
          </w:p>
        </w:tc>
        <w:tc>
          <w:tcPr>
            <w:tcW w:w="0" w:type="auto"/>
            <w:vAlign w:val="center"/>
          </w:tcPr>
          <w:p w14:paraId="58AFA305"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Кайрылуунун түрүн кантип аныктоо керек</w:t>
            </w:r>
          </w:p>
        </w:tc>
      </w:tr>
      <w:tr w:rsidR="008777B4" w:rsidRPr="00851104" w14:paraId="6A14EBAA" w14:textId="77777777" w:rsidTr="00851104">
        <w:tc>
          <w:tcPr>
            <w:tcW w:w="0" w:type="auto"/>
            <w:vAlign w:val="center"/>
          </w:tcPr>
          <w:p w14:paraId="611B4B65"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3</w:t>
            </w:r>
          </w:p>
        </w:tc>
        <w:tc>
          <w:tcPr>
            <w:tcW w:w="0" w:type="auto"/>
            <w:vAlign w:val="center"/>
          </w:tcPr>
          <w:p w14:paraId="6F2854EE"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Жарандын кайрылуусу</w:t>
            </w:r>
          </w:p>
        </w:tc>
        <w:tc>
          <w:tcPr>
            <w:tcW w:w="0" w:type="auto"/>
            <w:vAlign w:val="center"/>
          </w:tcPr>
          <w:p w14:paraId="794F163C"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Берүү, каттоо жана кароо тартиби</w:t>
            </w:r>
          </w:p>
        </w:tc>
      </w:tr>
      <w:tr w:rsidR="008777B4" w:rsidRPr="00851104" w14:paraId="0B2EF477" w14:textId="77777777" w:rsidTr="00851104">
        <w:tc>
          <w:tcPr>
            <w:tcW w:w="0" w:type="auto"/>
            <w:vAlign w:val="center"/>
          </w:tcPr>
          <w:p w14:paraId="3FA1B9F1"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4</w:t>
            </w:r>
          </w:p>
        </w:tc>
        <w:tc>
          <w:tcPr>
            <w:tcW w:w="0" w:type="auto"/>
            <w:vAlign w:val="center"/>
          </w:tcPr>
          <w:p w14:paraId="3A671C95"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Маалымат алуу үчүн суроо-талап</w:t>
            </w:r>
          </w:p>
        </w:tc>
        <w:tc>
          <w:tcPr>
            <w:tcW w:w="0" w:type="auto"/>
            <w:vAlign w:val="center"/>
          </w:tcPr>
          <w:p w14:paraId="20C0454A"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Документтерди жана маалыматтарды алуу</w:t>
            </w:r>
          </w:p>
        </w:tc>
      </w:tr>
      <w:tr w:rsidR="008777B4" w:rsidRPr="00851104" w14:paraId="01D13D80" w14:textId="77777777" w:rsidTr="00851104">
        <w:tc>
          <w:tcPr>
            <w:tcW w:w="0" w:type="auto"/>
            <w:vAlign w:val="center"/>
          </w:tcPr>
          <w:p w14:paraId="23651EC6"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5</w:t>
            </w:r>
          </w:p>
        </w:tc>
        <w:tc>
          <w:tcPr>
            <w:tcW w:w="0" w:type="auto"/>
            <w:vAlign w:val="center"/>
          </w:tcPr>
          <w:p w14:paraId="795A457A"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Административдик кызмат көрсөтүүлөр жана чечимдер</w:t>
            </w:r>
          </w:p>
        </w:tc>
        <w:tc>
          <w:tcPr>
            <w:tcW w:w="0" w:type="auto"/>
            <w:vAlign w:val="center"/>
          </w:tcPr>
          <w:p w14:paraId="17285854"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Лицензиялар, уруксаттар, экспертизалар жана даттануулар</w:t>
            </w:r>
          </w:p>
        </w:tc>
      </w:tr>
      <w:tr w:rsidR="008777B4" w:rsidRPr="00851104" w14:paraId="52385F39" w14:textId="77777777" w:rsidTr="00851104">
        <w:tc>
          <w:tcPr>
            <w:tcW w:w="0" w:type="auto"/>
            <w:vAlign w:val="center"/>
          </w:tcPr>
          <w:p w14:paraId="533106B4"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6</w:t>
            </w:r>
          </w:p>
        </w:tc>
        <w:tc>
          <w:tcPr>
            <w:tcW w:w="0" w:type="auto"/>
            <w:vAlign w:val="center"/>
          </w:tcPr>
          <w:p w14:paraId="1ADB11DE"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Ишкерлерди текшерүү</w:t>
            </w:r>
          </w:p>
        </w:tc>
        <w:tc>
          <w:tcPr>
            <w:tcW w:w="0" w:type="auto"/>
            <w:vAlign w:val="center"/>
          </w:tcPr>
          <w:p w14:paraId="61494065"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Текшерүүгө чейин, учурунда жана андан кийин укуктар жана аракеттер</w:t>
            </w:r>
          </w:p>
        </w:tc>
      </w:tr>
      <w:tr w:rsidR="008777B4" w:rsidRPr="00851104" w14:paraId="727DF592" w14:textId="77777777" w:rsidTr="00851104">
        <w:tc>
          <w:tcPr>
            <w:tcW w:w="0" w:type="auto"/>
            <w:vAlign w:val="center"/>
          </w:tcPr>
          <w:p w14:paraId="57A9E333"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lastRenderedPageBreak/>
              <w:t>7</w:t>
            </w:r>
          </w:p>
        </w:tc>
        <w:tc>
          <w:tcPr>
            <w:tcW w:w="0" w:type="auto"/>
            <w:vAlign w:val="center"/>
          </w:tcPr>
          <w:p w14:paraId="2B7DFF09"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Коррупциянын алдын алуу</w:t>
            </w:r>
          </w:p>
        </w:tc>
        <w:tc>
          <w:tcPr>
            <w:tcW w:w="0" w:type="auto"/>
            <w:vAlign w:val="center"/>
          </w:tcPr>
          <w:p w14:paraId="1BADB824"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Кооптуу белгилер жана коопсуз алгоритм</w:t>
            </w:r>
          </w:p>
        </w:tc>
      </w:tr>
      <w:tr w:rsidR="008777B4" w:rsidRPr="00851104" w14:paraId="180D9C3E" w14:textId="77777777" w:rsidTr="00851104">
        <w:tc>
          <w:tcPr>
            <w:tcW w:w="0" w:type="auto"/>
            <w:vAlign w:val="center"/>
          </w:tcPr>
          <w:p w14:paraId="6542E097" w14:textId="77777777" w:rsidR="008777B4" w:rsidRPr="00851104" w:rsidRDefault="000321B4" w:rsidP="00851104">
            <w:pPr>
              <w:pStyle w:val="a9"/>
              <w:jc w:val="center"/>
              <w:rPr>
                <w:rFonts w:ascii="Times New Roman" w:hAnsi="Times New Roman" w:cs="Times New Roman"/>
                <w:sz w:val="24"/>
                <w:szCs w:val="24"/>
              </w:rPr>
            </w:pPr>
            <w:r w:rsidRPr="00851104">
              <w:rPr>
                <w:rFonts w:ascii="Times New Roman" w:hAnsi="Times New Roman" w:cs="Times New Roman"/>
                <w:sz w:val="24"/>
                <w:szCs w:val="24"/>
              </w:rPr>
              <w:t>8</w:t>
            </w:r>
          </w:p>
        </w:tc>
        <w:tc>
          <w:tcPr>
            <w:tcW w:w="0" w:type="auto"/>
            <w:vAlign w:val="center"/>
          </w:tcPr>
          <w:p w14:paraId="51AEF91D"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Даттануу жана типтүү жагдайлар</w:t>
            </w:r>
          </w:p>
        </w:tc>
        <w:tc>
          <w:tcPr>
            <w:tcW w:w="0" w:type="auto"/>
            <w:vAlign w:val="center"/>
          </w:tcPr>
          <w:p w14:paraId="4097BBD4"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Аракеттердин практикалык варианттары</w:t>
            </w:r>
          </w:p>
        </w:tc>
      </w:tr>
      <w:tr w:rsidR="008777B4" w:rsidRPr="00851104" w14:paraId="60F9C256" w14:textId="77777777" w:rsidTr="00851104">
        <w:tc>
          <w:tcPr>
            <w:tcW w:w="0" w:type="auto"/>
          </w:tcPr>
          <w:p w14:paraId="5D2FC366"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9</w:t>
            </w:r>
          </w:p>
        </w:tc>
        <w:tc>
          <w:tcPr>
            <w:tcW w:w="0" w:type="auto"/>
          </w:tcPr>
          <w:p w14:paraId="0C6807D5"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Документтердин үлгүлөрү</w:t>
            </w:r>
          </w:p>
        </w:tc>
        <w:tc>
          <w:tcPr>
            <w:tcW w:w="0" w:type="auto"/>
          </w:tcPr>
          <w:p w14:paraId="0E013FD0"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Беш даяр форма</w:t>
            </w:r>
          </w:p>
        </w:tc>
      </w:tr>
    </w:tbl>
    <w:p w14:paraId="0EBEF04B" w14:textId="2CEBE25C" w:rsidR="008777B4" w:rsidRDefault="008777B4" w:rsidP="00E6757D">
      <w:pPr>
        <w:pStyle w:val="21"/>
        <w:spacing w:before="0" w:after="0" w:line="240" w:lineRule="auto"/>
        <w:rPr>
          <w:rFonts w:ascii="Times New Roman" w:hAnsi="Times New Roman" w:cs="Times New Roman"/>
        </w:rPr>
      </w:pPr>
    </w:p>
    <w:p w14:paraId="7057BE15" w14:textId="43F3B75E" w:rsidR="00851104" w:rsidRPr="00851104" w:rsidRDefault="00851104" w:rsidP="00851104">
      <w:pPr>
        <w:spacing w:after="0" w:line="240" w:lineRule="auto"/>
        <w:jc w:val="center"/>
        <w:rPr>
          <w:rFonts w:ascii="Times New Roman" w:hAnsi="Times New Roman" w:cs="Times New Roman"/>
          <w:b/>
          <w:bCs/>
          <w:sz w:val="28"/>
          <w:szCs w:val="28"/>
        </w:rPr>
      </w:pPr>
      <w:proofErr w:type="spellStart"/>
      <w:r w:rsidRPr="00851104">
        <w:rPr>
          <w:rFonts w:ascii="Times New Roman" w:hAnsi="Times New Roman" w:cs="Times New Roman"/>
          <w:b/>
          <w:bCs/>
          <w:sz w:val="28"/>
          <w:szCs w:val="28"/>
        </w:rPr>
        <w:t>Негизги</w:t>
      </w:r>
      <w:proofErr w:type="spellEnd"/>
      <w:r w:rsidRPr="00851104">
        <w:rPr>
          <w:rFonts w:ascii="Times New Roman" w:hAnsi="Times New Roman" w:cs="Times New Roman"/>
          <w:b/>
          <w:bCs/>
          <w:sz w:val="28"/>
          <w:szCs w:val="28"/>
        </w:rPr>
        <w:t xml:space="preserve"> </w:t>
      </w:r>
      <w:proofErr w:type="spellStart"/>
      <w:r w:rsidRPr="00851104">
        <w:rPr>
          <w:rFonts w:ascii="Times New Roman" w:hAnsi="Times New Roman" w:cs="Times New Roman"/>
          <w:b/>
          <w:bCs/>
          <w:sz w:val="28"/>
          <w:szCs w:val="28"/>
        </w:rPr>
        <w:t>терминдер</w:t>
      </w:r>
      <w:proofErr w:type="spellEnd"/>
    </w:p>
    <w:tbl>
      <w:tblPr>
        <w:tblStyle w:val="aff0"/>
        <w:tblW w:w="0" w:type="auto"/>
        <w:tblInd w:w="108" w:type="dxa"/>
        <w:tblLook w:val="04A0" w:firstRow="1" w:lastRow="0" w:firstColumn="1" w:lastColumn="0" w:noHBand="0" w:noVBand="1"/>
      </w:tblPr>
      <w:tblGrid>
        <w:gridCol w:w="2436"/>
        <w:gridCol w:w="7608"/>
      </w:tblGrid>
      <w:tr w:rsidR="008777B4" w:rsidRPr="00851104" w14:paraId="1D78FBE4" w14:textId="77777777" w:rsidTr="00C75088">
        <w:tc>
          <w:tcPr>
            <w:tcW w:w="0" w:type="auto"/>
            <w:vAlign w:val="center"/>
          </w:tcPr>
          <w:p w14:paraId="4E15169B" w14:textId="77777777" w:rsidR="008777B4" w:rsidRPr="00851104" w:rsidRDefault="000321B4" w:rsidP="00851104">
            <w:pPr>
              <w:pStyle w:val="a9"/>
              <w:jc w:val="center"/>
              <w:rPr>
                <w:rFonts w:ascii="Times New Roman" w:hAnsi="Times New Roman" w:cs="Times New Roman"/>
                <w:b/>
                <w:bCs/>
                <w:sz w:val="24"/>
                <w:szCs w:val="24"/>
              </w:rPr>
            </w:pPr>
            <w:proofErr w:type="spellStart"/>
            <w:r w:rsidRPr="00851104">
              <w:rPr>
                <w:rFonts w:ascii="Times New Roman" w:hAnsi="Times New Roman" w:cs="Times New Roman"/>
                <w:b/>
                <w:bCs/>
                <w:sz w:val="24"/>
                <w:szCs w:val="24"/>
              </w:rPr>
              <w:t>Термин</w:t>
            </w:r>
            <w:proofErr w:type="spellEnd"/>
          </w:p>
        </w:tc>
        <w:tc>
          <w:tcPr>
            <w:tcW w:w="0" w:type="auto"/>
            <w:vAlign w:val="center"/>
          </w:tcPr>
          <w:p w14:paraId="1A111C57" w14:textId="77777777" w:rsidR="008777B4" w:rsidRPr="00851104" w:rsidRDefault="000321B4" w:rsidP="00851104">
            <w:pPr>
              <w:pStyle w:val="a9"/>
              <w:jc w:val="center"/>
              <w:rPr>
                <w:rFonts w:ascii="Times New Roman" w:hAnsi="Times New Roman" w:cs="Times New Roman"/>
                <w:b/>
                <w:bCs/>
                <w:sz w:val="24"/>
                <w:szCs w:val="24"/>
              </w:rPr>
            </w:pPr>
            <w:r w:rsidRPr="00851104">
              <w:rPr>
                <w:rFonts w:ascii="Times New Roman" w:hAnsi="Times New Roman" w:cs="Times New Roman"/>
                <w:b/>
                <w:bCs/>
                <w:sz w:val="24"/>
                <w:szCs w:val="24"/>
              </w:rPr>
              <w:t>Мааниси</w:t>
            </w:r>
          </w:p>
        </w:tc>
      </w:tr>
      <w:tr w:rsidR="008777B4" w:rsidRPr="00851104" w14:paraId="33C3D3E8" w14:textId="77777777" w:rsidTr="00C75088">
        <w:tc>
          <w:tcPr>
            <w:tcW w:w="0" w:type="auto"/>
            <w:vAlign w:val="center"/>
          </w:tcPr>
          <w:p w14:paraId="45641BD7"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Жумуш күнү</w:t>
            </w:r>
          </w:p>
        </w:tc>
        <w:tc>
          <w:tcPr>
            <w:tcW w:w="0" w:type="auto"/>
            <w:vAlign w:val="center"/>
          </w:tcPr>
          <w:p w14:paraId="2C8CE1EC"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Мыйзамдарга жана органдын иш режимине ылайык жумуш күнү болуп саналган күн</w:t>
            </w:r>
          </w:p>
        </w:tc>
      </w:tr>
      <w:tr w:rsidR="008777B4" w:rsidRPr="00851104" w14:paraId="4B444224" w14:textId="77777777" w:rsidTr="00C75088">
        <w:tc>
          <w:tcPr>
            <w:tcW w:w="0" w:type="auto"/>
            <w:vAlign w:val="center"/>
          </w:tcPr>
          <w:p w14:paraId="7AA53575"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Календардык күн</w:t>
            </w:r>
          </w:p>
        </w:tc>
        <w:tc>
          <w:tcPr>
            <w:tcW w:w="0" w:type="auto"/>
            <w:vAlign w:val="center"/>
          </w:tcPr>
          <w:p w14:paraId="2F00C2F7"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Эгер мыйзамда башкача белгиленбесе, дем алыш күндөрүн кошо алганда календар боюнча эсептелүүчү күн</w:t>
            </w:r>
          </w:p>
        </w:tc>
      </w:tr>
      <w:tr w:rsidR="008777B4" w:rsidRPr="00851104" w14:paraId="09016777" w14:textId="77777777" w:rsidTr="00C75088">
        <w:tc>
          <w:tcPr>
            <w:tcW w:w="0" w:type="auto"/>
            <w:vAlign w:val="center"/>
          </w:tcPr>
          <w:p w14:paraId="14AA32B3"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Административдик акт</w:t>
            </w:r>
          </w:p>
        </w:tc>
        <w:tc>
          <w:tcPr>
            <w:tcW w:w="0" w:type="auto"/>
            <w:vAlign w:val="center"/>
          </w:tcPr>
          <w:p w14:paraId="6067CBC6"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Конкреттүү жак үчүн укуктук кесепеттерди жаратуучу жеке мүнөздөгү бийлик чечими</w:t>
            </w:r>
          </w:p>
        </w:tc>
      </w:tr>
      <w:tr w:rsidR="008777B4" w:rsidRPr="00851104" w14:paraId="62518954" w14:textId="77777777" w:rsidTr="00C75088">
        <w:tc>
          <w:tcPr>
            <w:tcW w:w="0" w:type="auto"/>
            <w:vAlign w:val="center"/>
          </w:tcPr>
          <w:p w14:paraId="15EAEF5D"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Кириш номери</w:t>
            </w:r>
          </w:p>
        </w:tc>
        <w:tc>
          <w:tcPr>
            <w:tcW w:w="0" w:type="auto"/>
            <w:vAlign w:val="center"/>
          </w:tcPr>
          <w:p w14:paraId="70ED7FED" w14:textId="77777777" w:rsidR="008777B4" w:rsidRPr="00851104" w:rsidRDefault="000321B4" w:rsidP="00851104">
            <w:pPr>
              <w:pStyle w:val="a9"/>
              <w:rPr>
                <w:rFonts w:ascii="Times New Roman" w:hAnsi="Times New Roman" w:cs="Times New Roman"/>
                <w:sz w:val="24"/>
                <w:szCs w:val="24"/>
              </w:rPr>
            </w:pPr>
            <w:r w:rsidRPr="00851104">
              <w:rPr>
                <w:rFonts w:ascii="Times New Roman" w:hAnsi="Times New Roman" w:cs="Times New Roman"/>
                <w:sz w:val="24"/>
                <w:szCs w:val="24"/>
              </w:rPr>
              <w:t>Документтин мөөнөтүн жана статусун көзөмөлдөө үчүн зарыл болгон каттоо идентификатору</w:t>
            </w:r>
          </w:p>
        </w:tc>
      </w:tr>
    </w:tbl>
    <w:p w14:paraId="270DBA89" w14:textId="77777777" w:rsidR="00C75088" w:rsidRDefault="00C75088" w:rsidP="00E6757D">
      <w:pPr>
        <w:spacing w:after="0" w:line="240" w:lineRule="auto"/>
        <w:rPr>
          <w:rFonts w:ascii="Times New Roman" w:hAnsi="Times New Roman" w:cs="Times New Roman"/>
          <w:b/>
          <w:bCs/>
          <w:sz w:val="28"/>
          <w:szCs w:val="28"/>
        </w:rPr>
      </w:pPr>
    </w:p>
    <w:p w14:paraId="2F6F6BE9" w14:textId="7731B97C" w:rsidR="008777B4" w:rsidRPr="00C75088" w:rsidRDefault="00C75088" w:rsidP="00C75088">
      <w:pPr>
        <w:spacing w:after="0" w:line="240" w:lineRule="auto"/>
        <w:jc w:val="center"/>
        <w:rPr>
          <w:rFonts w:ascii="Times New Roman" w:hAnsi="Times New Roman" w:cs="Times New Roman"/>
          <w:b/>
          <w:bCs/>
          <w:sz w:val="28"/>
          <w:szCs w:val="28"/>
        </w:rPr>
      </w:pPr>
      <w:proofErr w:type="spellStart"/>
      <w:r w:rsidRPr="00C75088">
        <w:rPr>
          <w:rFonts w:ascii="Times New Roman" w:hAnsi="Times New Roman" w:cs="Times New Roman"/>
          <w:b/>
          <w:bCs/>
          <w:sz w:val="28"/>
          <w:szCs w:val="28"/>
        </w:rPr>
        <w:t>Негизги</w:t>
      </w:r>
      <w:proofErr w:type="spellEnd"/>
      <w:r w:rsidRPr="00C75088">
        <w:rPr>
          <w:rFonts w:ascii="Times New Roman" w:hAnsi="Times New Roman" w:cs="Times New Roman"/>
          <w:b/>
          <w:bCs/>
          <w:sz w:val="28"/>
          <w:szCs w:val="28"/>
        </w:rPr>
        <w:t xml:space="preserve"> </w:t>
      </w:r>
      <w:proofErr w:type="spellStart"/>
      <w:r w:rsidRPr="00C75088">
        <w:rPr>
          <w:rFonts w:ascii="Times New Roman" w:hAnsi="Times New Roman" w:cs="Times New Roman"/>
          <w:b/>
          <w:bCs/>
          <w:sz w:val="28"/>
          <w:szCs w:val="28"/>
        </w:rPr>
        <w:t>мөөнөттөр</w:t>
      </w:r>
      <w:proofErr w:type="spellEnd"/>
    </w:p>
    <w:tbl>
      <w:tblPr>
        <w:tblStyle w:val="aff0"/>
        <w:tblW w:w="0" w:type="auto"/>
        <w:tblInd w:w="108" w:type="dxa"/>
        <w:tblLook w:val="04A0" w:firstRow="1" w:lastRow="0" w:firstColumn="1" w:lastColumn="0" w:noHBand="0" w:noVBand="1"/>
      </w:tblPr>
      <w:tblGrid>
        <w:gridCol w:w="2747"/>
        <w:gridCol w:w="5172"/>
        <w:gridCol w:w="2125"/>
      </w:tblGrid>
      <w:tr w:rsidR="00C75088" w:rsidRPr="00C75088" w14:paraId="3FBBA127" w14:textId="77777777" w:rsidTr="00C75088">
        <w:tc>
          <w:tcPr>
            <w:tcW w:w="0" w:type="auto"/>
            <w:vAlign w:val="center"/>
          </w:tcPr>
          <w:p w14:paraId="138D0B9E" w14:textId="21011DD9" w:rsidR="00C75088" w:rsidRPr="00C75088" w:rsidRDefault="00C75088" w:rsidP="00C75088">
            <w:pPr>
              <w:spacing w:after="0" w:line="240" w:lineRule="auto"/>
              <w:jc w:val="center"/>
              <w:rPr>
                <w:rFonts w:ascii="Times New Roman" w:hAnsi="Times New Roman" w:cs="Times New Roman"/>
                <w:b/>
                <w:bCs/>
                <w:sz w:val="24"/>
                <w:szCs w:val="24"/>
                <w:lang w:val="ru-RU"/>
              </w:rPr>
            </w:pPr>
            <w:r w:rsidRPr="00C75088">
              <w:rPr>
                <w:rFonts w:ascii="Times New Roman" w:hAnsi="Times New Roman" w:cs="Times New Roman"/>
                <w:b/>
                <w:bCs/>
                <w:sz w:val="24"/>
                <w:szCs w:val="24"/>
                <w:lang w:val="ru-RU"/>
              </w:rPr>
              <w:t>Жол-жобо</w:t>
            </w:r>
          </w:p>
        </w:tc>
        <w:tc>
          <w:tcPr>
            <w:tcW w:w="0" w:type="auto"/>
            <w:vAlign w:val="center"/>
          </w:tcPr>
          <w:p w14:paraId="2503596F" w14:textId="58BF7968" w:rsidR="00C75088" w:rsidRPr="00C75088" w:rsidRDefault="00C75088" w:rsidP="00C75088">
            <w:pPr>
              <w:spacing w:after="0" w:line="240" w:lineRule="auto"/>
              <w:jc w:val="center"/>
              <w:rPr>
                <w:rFonts w:ascii="Times New Roman" w:hAnsi="Times New Roman" w:cs="Times New Roman"/>
                <w:b/>
                <w:bCs/>
                <w:sz w:val="24"/>
                <w:szCs w:val="24"/>
                <w:lang w:val="ru-RU"/>
              </w:rPr>
            </w:pPr>
            <w:r w:rsidRPr="00C75088">
              <w:rPr>
                <w:rFonts w:ascii="Times New Roman" w:hAnsi="Times New Roman" w:cs="Times New Roman"/>
                <w:b/>
                <w:bCs/>
                <w:sz w:val="24"/>
                <w:szCs w:val="24"/>
                <w:lang w:val="ru-RU"/>
              </w:rPr>
              <w:t>Мөөнөт</w:t>
            </w:r>
          </w:p>
        </w:tc>
        <w:tc>
          <w:tcPr>
            <w:tcW w:w="0" w:type="auto"/>
            <w:vAlign w:val="center"/>
          </w:tcPr>
          <w:p w14:paraId="0C8AB12C" w14:textId="519B665B" w:rsidR="00C75088" w:rsidRPr="00C75088" w:rsidRDefault="00C75088" w:rsidP="00C75088">
            <w:pPr>
              <w:spacing w:after="0" w:line="240" w:lineRule="auto"/>
              <w:jc w:val="center"/>
              <w:rPr>
                <w:rFonts w:ascii="Times New Roman" w:hAnsi="Times New Roman" w:cs="Times New Roman"/>
                <w:b/>
                <w:bCs/>
                <w:sz w:val="24"/>
                <w:szCs w:val="24"/>
                <w:lang w:val="ru-RU"/>
              </w:rPr>
            </w:pPr>
            <w:r w:rsidRPr="00C75088">
              <w:rPr>
                <w:rFonts w:ascii="Times New Roman" w:hAnsi="Times New Roman" w:cs="Times New Roman"/>
                <w:b/>
                <w:bCs/>
                <w:sz w:val="24"/>
                <w:szCs w:val="24"/>
                <w:lang w:val="ru-RU"/>
              </w:rPr>
              <w:t>Негиз</w:t>
            </w:r>
          </w:p>
        </w:tc>
      </w:tr>
      <w:tr w:rsidR="00C75088" w:rsidRPr="00C75088" w14:paraId="2947426C" w14:textId="77777777" w:rsidTr="00C75088">
        <w:tc>
          <w:tcPr>
            <w:tcW w:w="0" w:type="auto"/>
            <w:vAlign w:val="center"/>
          </w:tcPr>
          <w:p w14:paraId="0178A538"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Жарандын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кайрылуусу</w:t>
            </w:r>
            <w:proofErr w:type="spellEnd"/>
          </w:p>
        </w:tc>
        <w:tc>
          <w:tcPr>
            <w:tcW w:w="0" w:type="auto"/>
            <w:vAlign w:val="center"/>
          </w:tcPr>
          <w:p w14:paraId="0C67145D" w14:textId="25B5A097" w:rsidR="008777B4" w:rsidRPr="00C75088" w:rsidRDefault="000321B4" w:rsidP="00C75088">
            <w:pPr>
              <w:spacing w:after="0" w:line="240" w:lineRule="auto"/>
              <w:rPr>
                <w:rFonts w:ascii="Times New Roman" w:hAnsi="Times New Roman" w:cs="Times New Roman"/>
                <w:sz w:val="24"/>
                <w:szCs w:val="24"/>
                <w:lang w:val="ru-RU"/>
              </w:rPr>
            </w:pPr>
            <w:proofErr w:type="spellStart"/>
            <w:r w:rsidRPr="00C75088">
              <w:rPr>
                <w:rFonts w:ascii="Times New Roman" w:hAnsi="Times New Roman" w:cs="Times New Roman"/>
                <w:sz w:val="24"/>
                <w:szCs w:val="24"/>
              </w:rPr>
              <w:t>Каттоо</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lang w:val="ru-RU"/>
              </w:rPr>
              <w:t>–</w:t>
            </w:r>
            <w:r w:rsidRPr="00C75088">
              <w:rPr>
                <w:rFonts w:ascii="Times New Roman" w:hAnsi="Times New Roman" w:cs="Times New Roman"/>
                <w:sz w:val="24"/>
                <w:szCs w:val="24"/>
              </w:rPr>
              <w:t xml:space="preserve"> 1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кароо</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14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даттанууну</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кароо</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мөөнөтүн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узартуу</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30 </w:t>
            </w:r>
            <w:proofErr w:type="spellStart"/>
            <w:r w:rsidRPr="00C75088">
              <w:rPr>
                <w:rFonts w:ascii="Times New Roman" w:hAnsi="Times New Roman" w:cs="Times New Roman"/>
                <w:sz w:val="24"/>
                <w:szCs w:val="24"/>
              </w:rPr>
              <w:t>календардык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күндөн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ашык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эмес</w:t>
            </w:r>
            <w:proofErr w:type="spellEnd"/>
          </w:p>
        </w:tc>
        <w:tc>
          <w:tcPr>
            <w:tcW w:w="0" w:type="auto"/>
            <w:vAlign w:val="center"/>
          </w:tcPr>
          <w:p w14:paraId="6984DE0B"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67 Мыйзам, 8-берене</w:t>
            </w:r>
          </w:p>
        </w:tc>
      </w:tr>
      <w:tr w:rsidR="00C75088" w:rsidRPr="00C75088" w14:paraId="4BBA67C8" w14:textId="77777777" w:rsidTr="00C75088">
        <w:tc>
          <w:tcPr>
            <w:tcW w:w="0" w:type="auto"/>
            <w:vAlign w:val="center"/>
          </w:tcPr>
          <w:p w14:paraId="2DCBF31D"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Электрондук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кайрылууну</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ырастоо</w:t>
            </w:r>
            <w:proofErr w:type="spellEnd"/>
          </w:p>
        </w:tc>
        <w:tc>
          <w:tcPr>
            <w:tcW w:w="0" w:type="auto"/>
            <w:vAlign w:val="center"/>
          </w:tcPr>
          <w:p w14:paraId="043A7D20"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3 жумуш күнүнүн ичинде</w:t>
            </w:r>
          </w:p>
        </w:tc>
        <w:tc>
          <w:tcPr>
            <w:tcW w:w="0" w:type="auto"/>
            <w:vAlign w:val="center"/>
          </w:tcPr>
          <w:p w14:paraId="52DEE314"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67 Мыйзам</w:t>
            </w:r>
          </w:p>
        </w:tc>
      </w:tr>
      <w:tr w:rsidR="00C75088" w:rsidRPr="00C75088" w14:paraId="31146A58" w14:textId="77777777" w:rsidTr="00C75088">
        <w:tc>
          <w:tcPr>
            <w:tcW w:w="0" w:type="auto"/>
            <w:vAlign w:val="center"/>
          </w:tcPr>
          <w:p w14:paraId="492C449D"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Маалымат</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алуу</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үчүн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суроо-талап</w:t>
            </w:r>
            <w:proofErr w:type="spellEnd"/>
          </w:p>
        </w:tc>
        <w:tc>
          <w:tcPr>
            <w:tcW w:w="0" w:type="auto"/>
            <w:vAlign w:val="center"/>
          </w:tcPr>
          <w:p w14:paraId="42511686" w14:textId="5F82F2E2" w:rsidR="008777B4" w:rsidRPr="00697E4F" w:rsidRDefault="000321B4" w:rsidP="00C75088">
            <w:pPr>
              <w:spacing w:after="0" w:line="240" w:lineRule="auto"/>
              <w:rPr>
                <w:rFonts w:ascii="Times New Roman" w:hAnsi="Times New Roman" w:cs="Times New Roman"/>
                <w:sz w:val="24"/>
                <w:szCs w:val="24"/>
                <w:lang w:val="ru-RU"/>
              </w:rPr>
            </w:pPr>
            <w:proofErr w:type="spellStart"/>
            <w:r w:rsidRPr="00C75088">
              <w:rPr>
                <w:rFonts w:ascii="Times New Roman" w:hAnsi="Times New Roman" w:cs="Times New Roman"/>
                <w:sz w:val="24"/>
                <w:szCs w:val="24"/>
              </w:rPr>
              <w:t>Жооп</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10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күнүнө</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чейин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узартуу</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дагы</w:t>
            </w:r>
            <w:proofErr w:type="spellEnd"/>
            <w:r w:rsidRPr="00C75088">
              <w:rPr>
                <w:rFonts w:ascii="Times New Roman" w:hAnsi="Times New Roman" w:cs="Times New Roman"/>
                <w:sz w:val="24"/>
                <w:szCs w:val="24"/>
              </w:rPr>
              <w:t xml:space="preserve"> 10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күнүнө</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чейин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кайра</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жөнөтүү</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3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w:t>
            </w:r>
            <w:proofErr w:type="spellEnd"/>
          </w:p>
        </w:tc>
        <w:tc>
          <w:tcPr>
            <w:tcW w:w="0" w:type="auto"/>
            <w:vAlign w:val="center"/>
          </w:tcPr>
          <w:p w14:paraId="3BD9E434"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217 Мыйзам, 17 жана 19-беренелер</w:t>
            </w:r>
          </w:p>
        </w:tc>
      </w:tr>
      <w:tr w:rsidR="00C75088" w:rsidRPr="00C75088" w14:paraId="72DF7564" w14:textId="77777777" w:rsidTr="00C75088">
        <w:tc>
          <w:tcPr>
            <w:tcW w:w="0" w:type="auto"/>
            <w:vAlign w:val="center"/>
          </w:tcPr>
          <w:p w14:paraId="7740886F"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Маалыматка</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жетүү</w:t>
            </w:r>
            <w:proofErr w:type="spellEnd"/>
            <w:r w:rsidRPr="00C75088">
              <w:rPr>
                <w:rFonts w:ascii="Times New Roman" w:hAnsi="Times New Roman" w:cs="Times New Roman"/>
                <w:sz w:val="24"/>
                <w:szCs w:val="24"/>
              </w:rPr>
              <w:t xml:space="preserve"> боюнча </w:t>
            </w:r>
            <w:proofErr w:type="spellStart"/>
            <w:r w:rsidRPr="00C75088">
              <w:rPr>
                <w:rFonts w:ascii="Times New Roman" w:hAnsi="Times New Roman" w:cs="Times New Roman"/>
                <w:sz w:val="24"/>
                <w:szCs w:val="24"/>
              </w:rPr>
              <w:t>даттануу</w:t>
            </w:r>
            <w:proofErr w:type="spellEnd"/>
          </w:p>
        </w:tc>
        <w:tc>
          <w:tcPr>
            <w:tcW w:w="0" w:type="auto"/>
            <w:vAlign w:val="center"/>
          </w:tcPr>
          <w:p w14:paraId="01BEFBB2" w14:textId="7923397D" w:rsidR="008777B4" w:rsidRPr="00CD0401" w:rsidRDefault="000321B4" w:rsidP="00C75088">
            <w:pPr>
              <w:spacing w:after="0" w:line="240" w:lineRule="auto"/>
              <w:rPr>
                <w:rFonts w:ascii="Times New Roman" w:hAnsi="Times New Roman" w:cs="Times New Roman"/>
                <w:sz w:val="24"/>
                <w:szCs w:val="24"/>
                <w:lang w:val="ru-RU"/>
              </w:rPr>
            </w:pPr>
            <w:proofErr w:type="spellStart"/>
            <w:r w:rsidRPr="00C75088">
              <w:rPr>
                <w:rFonts w:ascii="Times New Roman" w:hAnsi="Times New Roman" w:cs="Times New Roman"/>
                <w:sz w:val="24"/>
                <w:szCs w:val="24"/>
              </w:rPr>
              <w:t>Берүү</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30 </w:t>
            </w:r>
            <w:proofErr w:type="spellStart"/>
            <w:r w:rsidRPr="00C75088">
              <w:rPr>
                <w:rFonts w:ascii="Times New Roman" w:hAnsi="Times New Roman" w:cs="Times New Roman"/>
                <w:sz w:val="24"/>
                <w:szCs w:val="24"/>
              </w:rPr>
              <w:t>календардык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кароо</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15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күнүнө</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чейин</w:t>
            </w:r>
            <w:proofErr w:type="spellEnd"/>
          </w:p>
        </w:tc>
        <w:tc>
          <w:tcPr>
            <w:tcW w:w="0" w:type="auto"/>
            <w:vAlign w:val="center"/>
          </w:tcPr>
          <w:p w14:paraId="16CA8866"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217 Мыйзам, 46 жана 47-беренелер</w:t>
            </w:r>
          </w:p>
        </w:tc>
      </w:tr>
      <w:tr w:rsidR="00C75088" w:rsidRPr="00C75088" w14:paraId="0396714A" w14:textId="77777777" w:rsidTr="00C75088">
        <w:tc>
          <w:tcPr>
            <w:tcW w:w="0" w:type="auto"/>
            <w:vAlign w:val="center"/>
          </w:tcPr>
          <w:p w14:paraId="01A760FD"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Административдик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жол-жобо</w:t>
            </w:r>
            <w:proofErr w:type="spellEnd"/>
          </w:p>
        </w:tc>
        <w:tc>
          <w:tcPr>
            <w:tcW w:w="0" w:type="auto"/>
            <w:vAlign w:val="center"/>
          </w:tcPr>
          <w:p w14:paraId="0D406D81" w14:textId="4F6F3143" w:rsidR="008777B4" w:rsidRPr="00CD0401" w:rsidRDefault="000321B4" w:rsidP="00C75088">
            <w:pPr>
              <w:spacing w:after="0" w:line="240" w:lineRule="auto"/>
              <w:rPr>
                <w:rFonts w:ascii="Times New Roman" w:hAnsi="Times New Roman" w:cs="Times New Roman"/>
                <w:sz w:val="24"/>
                <w:szCs w:val="24"/>
                <w:lang w:val="ru-RU"/>
              </w:rPr>
            </w:pPr>
            <w:proofErr w:type="spellStart"/>
            <w:r w:rsidRPr="00C75088">
              <w:rPr>
                <w:rFonts w:ascii="Times New Roman" w:hAnsi="Times New Roman" w:cs="Times New Roman"/>
                <w:sz w:val="24"/>
                <w:szCs w:val="24"/>
              </w:rPr>
              <w:t>Атайын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мыйзам</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башка</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мөөнөттү</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белгилебесе</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жалпы</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эң</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узак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мөөнөт</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30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w:t>
            </w:r>
            <w:proofErr w:type="spellEnd"/>
          </w:p>
        </w:tc>
        <w:tc>
          <w:tcPr>
            <w:tcW w:w="0" w:type="auto"/>
            <w:vAlign w:val="center"/>
          </w:tcPr>
          <w:p w14:paraId="7BB5AC0D"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210 Мыйзам, 42-берене</w:t>
            </w:r>
          </w:p>
        </w:tc>
      </w:tr>
      <w:tr w:rsidR="00C75088" w:rsidRPr="00C75088" w14:paraId="36A3319D" w14:textId="77777777" w:rsidTr="00C75088">
        <w:tc>
          <w:tcPr>
            <w:tcW w:w="0" w:type="auto"/>
            <w:vAlign w:val="center"/>
          </w:tcPr>
          <w:p w14:paraId="3D84D7CF"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Административдик</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даттануу</w:t>
            </w:r>
            <w:proofErr w:type="spellEnd"/>
          </w:p>
        </w:tc>
        <w:tc>
          <w:tcPr>
            <w:tcW w:w="0" w:type="auto"/>
            <w:vAlign w:val="center"/>
          </w:tcPr>
          <w:p w14:paraId="2C57F552" w14:textId="5EA28D44" w:rsidR="008777B4" w:rsidRPr="00CD0401" w:rsidRDefault="000321B4" w:rsidP="00C75088">
            <w:pPr>
              <w:spacing w:after="0" w:line="240" w:lineRule="auto"/>
              <w:rPr>
                <w:rFonts w:ascii="Times New Roman" w:hAnsi="Times New Roman" w:cs="Times New Roman"/>
                <w:sz w:val="24"/>
                <w:szCs w:val="24"/>
                <w:lang w:val="ru-RU"/>
              </w:rPr>
            </w:pPr>
            <w:proofErr w:type="spellStart"/>
            <w:r w:rsidRPr="00C75088">
              <w:rPr>
                <w:rFonts w:ascii="Times New Roman" w:hAnsi="Times New Roman" w:cs="Times New Roman"/>
                <w:sz w:val="24"/>
                <w:szCs w:val="24"/>
              </w:rPr>
              <w:t>Берүү</w:t>
            </w:r>
            <w:proofErr w:type="spellEnd"/>
            <w:r w:rsidRPr="00C75088">
              <w:rPr>
                <w:rFonts w:ascii="Times New Roman" w:hAnsi="Times New Roman" w:cs="Times New Roman"/>
                <w:sz w:val="24"/>
                <w:szCs w:val="24"/>
              </w:rPr>
              <w:t xml:space="preserve"> </w:t>
            </w:r>
            <w:r w:rsidR="00627AF7">
              <w:rPr>
                <w:rFonts w:ascii="Times New Roman" w:hAnsi="Times New Roman" w:cs="Times New Roman"/>
                <w:sz w:val="24"/>
                <w:szCs w:val="24"/>
              </w:rPr>
              <w:t>–</w:t>
            </w:r>
            <w:r w:rsidRPr="00C75088">
              <w:rPr>
                <w:rFonts w:ascii="Times New Roman" w:hAnsi="Times New Roman" w:cs="Times New Roman"/>
                <w:sz w:val="24"/>
                <w:szCs w:val="24"/>
              </w:rPr>
              <w:t xml:space="preserve"> 30 </w:t>
            </w:r>
            <w:proofErr w:type="spellStart"/>
            <w:r w:rsidRPr="00C75088">
              <w:rPr>
                <w:rFonts w:ascii="Times New Roman" w:hAnsi="Times New Roman" w:cs="Times New Roman"/>
                <w:sz w:val="24"/>
                <w:szCs w:val="24"/>
              </w:rPr>
              <w:t>жумуш</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күнү</w:t>
            </w:r>
            <w:proofErr w:type="spellEnd"/>
          </w:p>
        </w:tc>
        <w:tc>
          <w:tcPr>
            <w:tcW w:w="0" w:type="auto"/>
            <w:vAlign w:val="center"/>
          </w:tcPr>
          <w:p w14:paraId="456B0B74"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210 Мыйзам, 63-берене</w:t>
            </w:r>
          </w:p>
        </w:tc>
      </w:tr>
      <w:tr w:rsidR="00C75088" w:rsidRPr="00C75088" w14:paraId="10A9497F" w14:textId="77777777" w:rsidTr="00C75088">
        <w:tc>
          <w:tcPr>
            <w:tcW w:w="0" w:type="auto"/>
            <w:vAlign w:val="center"/>
          </w:tcPr>
          <w:p w14:paraId="2DB33106"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Пландан</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тышкаркы</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текшерүү</w:t>
            </w:r>
            <w:proofErr w:type="spellEnd"/>
          </w:p>
        </w:tc>
        <w:tc>
          <w:tcPr>
            <w:tcW w:w="0" w:type="auto"/>
            <w:vAlign w:val="center"/>
          </w:tcPr>
          <w:p w14:paraId="4E6C769D"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3 жумуш күнүнө чейин; текшерүүгө негиз болгон маселелер боюнча гана</w:t>
            </w:r>
          </w:p>
        </w:tc>
        <w:tc>
          <w:tcPr>
            <w:tcW w:w="0" w:type="auto"/>
            <w:vAlign w:val="center"/>
          </w:tcPr>
          <w:p w14:paraId="320F5128"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72 Мыйзам</w:t>
            </w:r>
          </w:p>
        </w:tc>
      </w:tr>
      <w:tr w:rsidR="00C75088" w:rsidRPr="00C75088" w14:paraId="055D6F8E" w14:textId="77777777" w:rsidTr="00C75088">
        <w:tc>
          <w:tcPr>
            <w:tcW w:w="0" w:type="auto"/>
            <w:vAlign w:val="center"/>
          </w:tcPr>
          <w:p w14:paraId="49753812" w14:textId="77777777" w:rsidR="008777B4" w:rsidRPr="00C75088" w:rsidRDefault="000321B4" w:rsidP="00C75088">
            <w:pPr>
              <w:spacing w:after="0" w:line="240" w:lineRule="auto"/>
              <w:rPr>
                <w:rFonts w:ascii="Times New Roman" w:hAnsi="Times New Roman" w:cs="Times New Roman"/>
                <w:sz w:val="24"/>
                <w:szCs w:val="24"/>
              </w:rPr>
            </w:pPr>
            <w:proofErr w:type="spellStart"/>
            <w:r w:rsidRPr="00C75088">
              <w:rPr>
                <w:rFonts w:ascii="Times New Roman" w:hAnsi="Times New Roman" w:cs="Times New Roman"/>
                <w:sz w:val="24"/>
                <w:szCs w:val="24"/>
              </w:rPr>
              <w:t>Текшерүү</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актысына</w:t>
            </w:r>
            <w:proofErr w:type="spellEnd"/>
            <w:r w:rsidRPr="00C75088">
              <w:rPr>
                <w:rFonts w:ascii="Times New Roman" w:hAnsi="Times New Roman" w:cs="Times New Roman"/>
                <w:sz w:val="24"/>
                <w:szCs w:val="24"/>
              </w:rPr>
              <w:t xml:space="preserve"> </w:t>
            </w:r>
            <w:proofErr w:type="spellStart"/>
            <w:r w:rsidRPr="00C75088">
              <w:rPr>
                <w:rFonts w:ascii="Times New Roman" w:hAnsi="Times New Roman" w:cs="Times New Roman"/>
                <w:sz w:val="24"/>
                <w:szCs w:val="24"/>
              </w:rPr>
              <w:t>каршылыктар</w:t>
            </w:r>
            <w:proofErr w:type="spellEnd"/>
          </w:p>
        </w:tc>
        <w:tc>
          <w:tcPr>
            <w:tcW w:w="0" w:type="auto"/>
            <w:vAlign w:val="center"/>
          </w:tcPr>
          <w:p w14:paraId="30F4E774"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Актыны алгандан кийин 10 күндөн кечиктирбестен</w:t>
            </w:r>
          </w:p>
        </w:tc>
        <w:tc>
          <w:tcPr>
            <w:tcW w:w="0" w:type="auto"/>
            <w:vAlign w:val="center"/>
          </w:tcPr>
          <w:p w14:paraId="3E60099C" w14:textId="77777777" w:rsidR="008777B4" w:rsidRPr="00C75088" w:rsidRDefault="000321B4" w:rsidP="00C75088">
            <w:pPr>
              <w:spacing w:after="0" w:line="240" w:lineRule="auto"/>
              <w:rPr>
                <w:rFonts w:ascii="Times New Roman" w:hAnsi="Times New Roman" w:cs="Times New Roman"/>
                <w:sz w:val="24"/>
                <w:szCs w:val="24"/>
              </w:rPr>
            </w:pPr>
            <w:r w:rsidRPr="00C75088">
              <w:rPr>
                <w:rFonts w:ascii="Times New Roman" w:hAnsi="Times New Roman" w:cs="Times New Roman"/>
                <w:sz w:val="24"/>
                <w:szCs w:val="24"/>
              </w:rPr>
              <w:t>№ 72 Мыйзам</w:t>
            </w:r>
          </w:p>
        </w:tc>
      </w:tr>
    </w:tbl>
    <w:p w14:paraId="04884706" w14:textId="5F25A7D8" w:rsidR="008777B4" w:rsidRPr="00812D61" w:rsidRDefault="000321B4" w:rsidP="00E6757D">
      <w:pPr>
        <w:spacing w:after="0" w:line="240" w:lineRule="auto"/>
        <w:rPr>
          <w:rFonts w:ascii="Times New Roman" w:hAnsi="Times New Roman" w:cs="Times New Roman"/>
          <w:sz w:val="24"/>
          <w:szCs w:val="24"/>
        </w:rPr>
      </w:pPr>
      <w:proofErr w:type="spellStart"/>
      <w:r w:rsidRPr="00812D61">
        <w:rPr>
          <w:rFonts w:ascii="Times New Roman" w:hAnsi="Times New Roman" w:cs="Times New Roman"/>
          <w:i/>
          <w:sz w:val="24"/>
          <w:szCs w:val="24"/>
        </w:rPr>
        <w:t>Мөөнөттүн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түрүнө</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көңүл</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буруңуз</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жумуш</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күндөрү</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менен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календардык</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күндөр</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ар</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башка</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эсептелет</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Документтин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катталган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күнүн</w:t>
      </w:r>
      <w:proofErr w:type="spellEnd"/>
      <w:r w:rsidRPr="00812D61">
        <w:rPr>
          <w:rFonts w:ascii="Times New Roman" w:hAnsi="Times New Roman" w:cs="Times New Roman"/>
          <w:i/>
          <w:sz w:val="24"/>
          <w:szCs w:val="24"/>
        </w:rPr>
        <w:t xml:space="preserve"> жана </w:t>
      </w:r>
      <w:proofErr w:type="spellStart"/>
      <w:r w:rsidRPr="00812D61">
        <w:rPr>
          <w:rFonts w:ascii="Times New Roman" w:hAnsi="Times New Roman" w:cs="Times New Roman"/>
          <w:i/>
          <w:sz w:val="24"/>
          <w:szCs w:val="24"/>
        </w:rPr>
        <w:t>мыйзамдын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атайын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нормасын</w:t>
      </w:r>
      <w:proofErr w:type="spellEnd"/>
      <w:r w:rsidRPr="00812D61">
        <w:rPr>
          <w:rFonts w:ascii="Times New Roman" w:hAnsi="Times New Roman" w:cs="Times New Roman"/>
          <w:i/>
          <w:sz w:val="24"/>
          <w:szCs w:val="24"/>
        </w:rPr>
        <w:t xml:space="preserve"> </w:t>
      </w:r>
      <w:proofErr w:type="spellStart"/>
      <w:r w:rsidRPr="00812D61">
        <w:rPr>
          <w:rFonts w:ascii="Times New Roman" w:hAnsi="Times New Roman" w:cs="Times New Roman"/>
          <w:i/>
          <w:sz w:val="24"/>
          <w:szCs w:val="24"/>
        </w:rPr>
        <w:t>текшериңиз</w:t>
      </w:r>
      <w:proofErr w:type="spellEnd"/>
      <w:r w:rsidRPr="00812D61">
        <w:rPr>
          <w:rFonts w:ascii="Times New Roman" w:hAnsi="Times New Roman" w:cs="Times New Roman"/>
          <w:i/>
          <w:sz w:val="24"/>
          <w:szCs w:val="24"/>
        </w:rPr>
        <w:t>.</w:t>
      </w:r>
    </w:p>
    <w:p w14:paraId="5255F546" w14:textId="77777777" w:rsidR="00812D61" w:rsidRDefault="00812D61" w:rsidP="00812D61">
      <w:pPr>
        <w:spacing w:after="0" w:line="240" w:lineRule="auto"/>
        <w:jc w:val="center"/>
        <w:rPr>
          <w:rFonts w:ascii="Times New Roman" w:hAnsi="Times New Roman" w:cs="Times New Roman"/>
          <w:b/>
          <w:bCs/>
          <w:sz w:val="28"/>
          <w:szCs w:val="28"/>
        </w:rPr>
      </w:pPr>
    </w:p>
    <w:p w14:paraId="70D76674" w14:textId="77777777" w:rsidR="00812D61" w:rsidRDefault="000321B4" w:rsidP="00812D61">
      <w:pPr>
        <w:spacing w:after="0" w:line="240" w:lineRule="auto"/>
        <w:jc w:val="center"/>
        <w:rPr>
          <w:rFonts w:ascii="Times New Roman" w:hAnsi="Times New Roman" w:cs="Times New Roman"/>
          <w:b/>
          <w:bCs/>
          <w:sz w:val="28"/>
          <w:szCs w:val="28"/>
        </w:rPr>
      </w:pPr>
      <w:r w:rsidRPr="00812D61">
        <w:rPr>
          <w:rFonts w:ascii="Times New Roman" w:hAnsi="Times New Roman" w:cs="Times New Roman"/>
          <w:b/>
          <w:bCs/>
          <w:sz w:val="28"/>
          <w:szCs w:val="28"/>
        </w:rPr>
        <w:t xml:space="preserve">КР </w:t>
      </w:r>
      <w:proofErr w:type="spellStart"/>
      <w:r w:rsidRPr="00812D61">
        <w:rPr>
          <w:rFonts w:ascii="Times New Roman" w:hAnsi="Times New Roman" w:cs="Times New Roman"/>
          <w:b/>
          <w:bCs/>
          <w:sz w:val="28"/>
          <w:szCs w:val="28"/>
        </w:rPr>
        <w:t>ЖРЭТКМнин</w:t>
      </w:r>
      <w:proofErr w:type="spellEnd"/>
      <w:r w:rsidRPr="00812D61">
        <w:rPr>
          <w:rFonts w:ascii="Times New Roman" w:hAnsi="Times New Roman" w:cs="Times New Roman"/>
          <w:b/>
          <w:bCs/>
          <w:sz w:val="28"/>
          <w:szCs w:val="28"/>
        </w:rPr>
        <w:t xml:space="preserve"> </w:t>
      </w:r>
      <w:proofErr w:type="spellStart"/>
      <w:r w:rsidRPr="00812D61">
        <w:rPr>
          <w:rFonts w:ascii="Times New Roman" w:hAnsi="Times New Roman" w:cs="Times New Roman"/>
          <w:b/>
          <w:bCs/>
          <w:sz w:val="28"/>
          <w:szCs w:val="28"/>
        </w:rPr>
        <w:t>ыйгарым</w:t>
      </w:r>
      <w:proofErr w:type="spellEnd"/>
      <w:r w:rsidRPr="00812D61">
        <w:rPr>
          <w:rFonts w:ascii="Times New Roman" w:hAnsi="Times New Roman" w:cs="Times New Roman"/>
          <w:b/>
          <w:bCs/>
          <w:sz w:val="28"/>
          <w:szCs w:val="28"/>
        </w:rPr>
        <w:t xml:space="preserve"> </w:t>
      </w:r>
      <w:proofErr w:type="spellStart"/>
      <w:r w:rsidRPr="00812D61">
        <w:rPr>
          <w:rFonts w:ascii="Times New Roman" w:hAnsi="Times New Roman" w:cs="Times New Roman"/>
          <w:b/>
          <w:bCs/>
          <w:sz w:val="28"/>
          <w:szCs w:val="28"/>
        </w:rPr>
        <w:t>укуктары</w:t>
      </w:r>
      <w:proofErr w:type="spellEnd"/>
    </w:p>
    <w:p w14:paraId="49F70350" w14:textId="6448140A" w:rsidR="008777B4" w:rsidRPr="00812D61" w:rsidRDefault="000321B4" w:rsidP="00812D61">
      <w:pPr>
        <w:spacing w:after="0" w:line="240" w:lineRule="auto"/>
        <w:ind w:firstLine="709"/>
        <w:jc w:val="both"/>
        <w:rPr>
          <w:rFonts w:ascii="Times New Roman" w:hAnsi="Times New Roman" w:cs="Times New Roman"/>
          <w:sz w:val="28"/>
          <w:szCs w:val="28"/>
          <w:lang w:val="ru-RU"/>
        </w:rPr>
      </w:pPr>
      <w:r w:rsidRPr="00812D61">
        <w:rPr>
          <w:rFonts w:ascii="Times New Roman" w:hAnsi="Times New Roman" w:cs="Times New Roman"/>
          <w:sz w:val="28"/>
          <w:szCs w:val="28"/>
        </w:rPr>
        <w:t xml:space="preserve">КР ЖРЭТКМ </w:t>
      </w:r>
      <w:r w:rsidR="00627AF7">
        <w:rPr>
          <w:rFonts w:ascii="Times New Roman" w:hAnsi="Times New Roman" w:cs="Times New Roman"/>
          <w:sz w:val="28"/>
          <w:szCs w:val="28"/>
        </w:rPr>
        <w:t>–</w:t>
      </w:r>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белгиленген</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компетенциянын</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чегинде</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саясатты</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калыптандырган</w:t>
      </w:r>
      <w:proofErr w:type="spellEnd"/>
      <w:r w:rsidRPr="00812D61">
        <w:rPr>
          <w:rFonts w:ascii="Times New Roman" w:hAnsi="Times New Roman" w:cs="Times New Roman"/>
          <w:sz w:val="28"/>
          <w:szCs w:val="28"/>
        </w:rPr>
        <w:t xml:space="preserve"> жана </w:t>
      </w:r>
      <w:proofErr w:type="spellStart"/>
      <w:r w:rsidRPr="00812D61">
        <w:rPr>
          <w:rFonts w:ascii="Times New Roman" w:hAnsi="Times New Roman" w:cs="Times New Roman"/>
          <w:sz w:val="28"/>
          <w:szCs w:val="28"/>
        </w:rPr>
        <w:t>ишке</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ашырган</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жөнгө</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салууну</w:t>
      </w:r>
      <w:proofErr w:type="spellEnd"/>
      <w:r w:rsidRPr="00812D61">
        <w:rPr>
          <w:rFonts w:ascii="Times New Roman" w:hAnsi="Times New Roman" w:cs="Times New Roman"/>
          <w:sz w:val="28"/>
          <w:szCs w:val="28"/>
        </w:rPr>
        <w:t xml:space="preserve"> жана </w:t>
      </w:r>
      <w:proofErr w:type="spellStart"/>
      <w:r w:rsidRPr="00812D61">
        <w:rPr>
          <w:rFonts w:ascii="Times New Roman" w:hAnsi="Times New Roman" w:cs="Times New Roman"/>
          <w:sz w:val="28"/>
          <w:szCs w:val="28"/>
        </w:rPr>
        <w:t>контролдоону</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жүзөгө</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ашырган</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аткаруу</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бийлигинин</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ыйгарым</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укуктуу</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мамлекеттик</w:t>
      </w:r>
      <w:proofErr w:type="spellEnd"/>
      <w:r w:rsidRPr="00812D61">
        <w:rPr>
          <w:rFonts w:ascii="Times New Roman" w:hAnsi="Times New Roman" w:cs="Times New Roman"/>
          <w:sz w:val="28"/>
          <w:szCs w:val="28"/>
        </w:rPr>
        <w:t xml:space="preserve"> </w:t>
      </w:r>
      <w:proofErr w:type="spellStart"/>
      <w:r w:rsidRPr="00812D61">
        <w:rPr>
          <w:rFonts w:ascii="Times New Roman" w:hAnsi="Times New Roman" w:cs="Times New Roman"/>
          <w:sz w:val="28"/>
          <w:szCs w:val="28"/>
        </w:rPr>
        <w:t>органы</w:t>
      </w:r>
      <w:proofErr w:type="spellEnd"/>
      <w:r w:rsidRPr="00812D61">
        <w:rPr>
          <w:rFonts w:ascii="Times New Roman" w:hAnsi="Times New Roman" w:cs="Times New Roman"/>
          <w:sz w:val="28"/>
          <w:szCs w:val="28"/>
        </w:rPr>
        <w:t>.</w:t>
      </w:r>
    </w:p>
    <w:tbl>
      <w:tblPr>
        <w:tblStyle w:val="aff0"/>
        <w:tblW w:w="0" w:type="auto"/>
        <w:tblInd w:w="108" w:type="dxa"/>
        <w:tblLook w:val="04A0" w:firstRow="1" w:lastRow="0" w:firstColumn="1" w:lastColumn="0" w:noHBand="0" w:noVBand="1"/>
      </w:tblPr>
      <w:tblGrid>
        <w:gridCol w:w="3264"/>
        <w:gridCol w:w="6780"/>
      </w:tblGrid>
      <w:tr w:rsidR="00812D61" w:rsidRPr="00812D61" w14:paraId="5EC81161" w14:textId="77777777" w:rsidTr="002F3506">
        <w:tc>
          <w:tcPr>
            <w:tcW w:w="0" w:type="auto"/>
            <w:vAlign w:val="center"/>
          </w:tcPr>
          <w:p w14:paraId="7F688AC1" w14:textId="721231D1" w:rsidR="00812D61" w:rsidRPr="00812D61" w:rsidRDefault="00812D61" w:rsidP="00812D61">
            <w:pPr>
              <w:spacing w:after="0" w:line="240" w:lineRule="auto"/>
              <w:jc w:val="center"/>
              <w:rPr>
                <w:rFonts w:ascii="Times New Roman" w:hAnsi="Times New Roman" w:cs="Times New Roman"/>
                <w:b/>
                <w:bCs/>
                <w:sz w:val="24"/>
                <w:szCs w:val="24"/>
                <w:lang w:val="ru-RU"/>
              </w:rPr>
            </w:pPr>
            <w:r w:rsidRPr="00812D61">
              <w:rPr>
                <w:rFonts w:ascii="Times New Roman" w:hAnsi="Times New Roman" w:cs="Times New Roman"/>
                <w:b/>
                <w:bCs/>
                <w:sz w:val="24"/>
                <w:szCs w:val="24"/>
                <w:lang w:val="ru-RU"/>
              </w:rPr>
              <w:t>Компетенциялар</w:t>
            </w:r>
          </w:p>
        </w:tc>
        <w:tc>
          <w:tcPr>
            <w:tcW w:w="0" w:type="auto"/>
            <w:vAlign w:val="center"/>
          </w:tcPr>
          <w:p w14:paraId="68A00AB8" w14:textId="0E59454D" w:rsidR="00812D61" w:rsidRPr="00812D61" w:rsidRDefault="00812D61" w:rsidP="00812D61">
            <w:pPr>
              <w:spacing w:after="0" w:line="240" w:lineRule="auto"/>
              <w:jc w:val="center"/>
              <w:rPr>
                <w:rFonts w:ascii="Times New Roman" w:hAnsi="Times New Roman" w:cs="Times New Roman"/>
                <w:b/>
                <w:bCs/>
                <w:sz w:val="24"/>
                <w:szCs w:val="24"/>
                <w:lang w:val="ru-RU"/>
              </w:rPr>
            </w:pPr>
            <w:r w:rsidRPr="00812D61">
              <w:rPr>
                <w:rFonts w:ascii="Times New Roman" w:hAnsi="Times New Roman" w:cs="Times New Roman"/>
                <w:b/>
                <w:bCs/>
                <w:sz w:val="24"/>
                <w:szCs w:val="24"/>
                <w:lang w:val="ru-RU"/>
              </w:rPr>
              <w:t>Бул практикада эмнени билдирет?</w:t>
            </w:r>
          </w:p>
        </w:tc>
      </w:tr>
      <w:tr w:rsidR="008777B4" w:rsidRPr="00812D61" w14:paraId="7DC2B222" w14:textId="77777777" w:rsidTr="002F3506">
        <w:tc>
          <w:tcPr>
            <w:tcW w:w="0" w:type="auto"/>
            <w:vAlign w:val="center"/>
          </w:tcPr>
          <w:p w14:paraId="6B626203" w14:textId="77777777" w:rsidR="008777B4" w:rsidRPr="00812D61" w:rsidRDefault="000321B4" w:rsidP="002F3506">
            <w:pPr>
              <w:spacing w:after="0" w:line="240" w:lineRule="auto"/>
              <w:rPr>
                <w:rFonts w:ascii="Times New Roman" w:hAnsi="Times New Roman" w:cs="Times New Roman"/>
                <w:sz w:val="24"/>
                <w:szCs w:val="24"/>
              </w:rPr>
            </w:pPr>
            <w:proofErr w:type="spellStart"/>
            <w:r w:rsidRPr="00812D61">
              <w:rPr>
                <w:rFonts w:ascii="Times New Roman" w:hAnsi="Times New Roman" w:cs="Times New Roman"/>
                <w:sz w:val="24"/>
                <w:szCs w:val="24"/>
              </w:rPr>
              <w:t>Айлана-чөйрөнү</w:t>
            </w:r>
            <w:proofErr w:type="spellEnd"/>
            <w:r w:rsidRPr="00812D61">
              <w:rPr>
                <w:rFonts w:ascii="Times New Roman" w:hAnsi="Times New Roman" w:cs="Times New Roman"/>
                <w:sz w:val="24"/>
                <w:szCs w:val="24"/>
              </w:rPr>
              <w:t xml:space="preserve"> </w:t>
            </w:r>
            <w:proofErr w:type="spellStart"/>
            <w:r w:rsidRPr="00812D61">
              <w:rPr>
                <w:rFonts w:ascii="Times New Roman" w:hAnsi="Times New Roman" w:cs="Times New Roman"/>
                <w:sz w:val="24"/>
                <w:szCs w:val="24"/>
              </w:rPr>
              <w:t>коргоо</w:t>
            </w:r>
            <w:proofErr w:type="spellEnd"/>
            <w:r w:rsidRPr="00812D61">
              <w:rPr>
                <w:rFonts w:ascii="Times New Roman" w:hAnsi="Times New Roman" w:cs="Times New Roman"/>
                <w:sz w:val="24"/>
                <w:szCs w:val="24"/>
              </w:rPr>
              <w:t xml:space="preserve">, </w:t>
            </w:r>
            <w:proofErr w:type="spellStart"/>
            <w:r w:rsidRPr="00812D61">
              <w:rPr>
                <w:rFonts w:ascii="Times New Roman" w:hAnsi="Times New Roman" w:cs="Times New Roman"/>
                <w:sz w:val="24"/>
                <w:szCs w:val="24"/>
              </w:rPr>
              <w:t>экология</w:t>
            </w:r>
            <w:proofErr w:type="spellEnd"/>
            <w:r w:rsidRPr="00812D61">
              <w:rPr>
                <w:rFonts w:ascii="Times New Roman" w:hAnsi="Times New Roman" w:cs="Times New Roman"/>
                <w:sz w:val="24"/>
                <w:szCs w:val="24"/>
              </w:rPr>
              <w:t xml:space="preserve"> жана </w:t>
            </w:r>
            <w:proofErr w:type="spellStart"/>
            <w:r w:rsidRPr="00812D61">
              <w:rPr>
                <w:rFonts w:ascii="Times New Roman" w:hAnsi="Times New Roman" w:cs="Times New Roman"/>
                <w:sz w:val="24"/>
                <w:szCs w:val="24"/>
              </w:rPr>
              <w:t>климат</w:t>
            </w:r>
            <w:proofErr w:type="spellEnd"/>
          </w:p>
        </w:tc>
        <w:tc>
          <w:tcPr>
            <w:tcW w:w="0" w:type="auto"/>
            <w:vAlign w:val="center"/>
          </w:tcPr>
          <w:p w14:paraId="38570760"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Саясат, ченемдик жөнгө салуу, экологиялык жана климаттык коопсуздук, мониторинг, эсепке алуу жана маалымдоо</w:t>
            </w:r>
          </w:p>
        </w:tc>
      </w:tr>
      <w:tr w:rsidR="008777B4" w:rsidRPr="00812D61" w14:paraId="71029F84" w14:textId="77777777" w:rsidTr="002F3506">
        <w:tc>
          <w:tcPr>
            <w:tcW w:w="0" w:type="auto"/>
            <w:vAlign w:val="center"/>
          </w:tcPr>
          <w:p w14:paraId="3138AE66"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 xml:space="preserve">Геология жана жер </w:t>
            </w:r>
            <w:r w:rsidRPr="00812D61">
              <w:rPr>
                <w:rFonts w:ascii="Times New Roman" w:hAnsi="Times New Roman" w:cs="Times New Roman"/>
                <w:sz w:val="24"/>
                <w:szCs w:val="24"/>
              </w:rPr>
              <w:lastRenderedPageBreak/>
              <w:t>казынасын пайдалануу</w:t>
            </w:r>
          </w:p>
        </w:tc>
        <w:tc>
          <w:tcPr>
            <w:tcW w:w="0" w:type="auto"/>
            <w:vAlign w:val="center"/>
          </w:tcPr>
          <w:p w14:paraId="66875632"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lastRenderedPageBreak/>
              <w:t xml:space="preserve">Жер казынасын пайдаланууну жөнгө салуу, лицензиялар жана </w:t>
            </w:r>
            <w:r w:rsidRPr="00812D61">
              <w:rPr>
                <w:rFonts w:ascii="Times New Roman" w:hAnsi="Times New Roman" w:cs="Times New Roman"/>
                <w:sz w:val="24"/>
                <w:szCs w:val="24"/>
              </w:rPr>
              <w:lastRenderedPageBreak/>
              <w:t>уруксаттар, эсепке алуу, экспертиза жана компетенциянын чегинде контролдоо</w:t>
            </w:r>
          </w:p>
        </w:tc>
      </w:tr>
      <w:tr w:rsidR="008777B4" w:rsidRPr="00812D61" w14:paraId="621C9B3D" w14:textId="77777777" w:rsidTr="002F3506">
        <w:tc>
          <w:tcPr>
            <w:tcW w:w="0" w:type="auto"/>
            <w:vAlign w:val="center"/>
          </w:tcPr>
          <w:p w14:paraId="0CAE859D"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lastRenderedPageBreak/>
              <w:t>Биологиялык ресурстар жана өзгөчө корголуучу жаратылыш аймактары</w:t>
            </w:r>
          </w:p>
        </w:tc>
        <w:tc>
          <w:tcPr>
            <w:tcW w:w="0" w:type="auto"/>
            <w:vAlign w:val="center"/>
          </w:tcPr>
          <w:p w14:paraId="1E4898DA"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Биологиялык ар түрдүүлүктү сактоо, тиешелүү жаратылыш ресурстарын жана аймактарды жөнгө салуу жана башкаруу</w:t>
            </w:r>
          </w:p>
        </w:tc>
      </w:tr>
      <w:tr w:rsidR="008777B4" w:rsidRPr="00812D61" w14:paraId="1F65A97B" w14:textId="77777777" w:rsidTr="002F3506">
        <w:tc>
          <w:tcPr>
            <w:tcW w:w="0" w:type="auto"/>
            <w:vAlign w:val="center"/>
          </w:tcPr>
          <w:p w14:paraId="7E7C6E44"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Экспертизалар жана уруксат берүү жол-жоболору</w:t>
            </w:r>
          </w:p>
        </w:tc>
        <w:tc>
          <w:tcPr>
            <w:tcW w:w="0" w:type="auto"/>
            <w:vAlign w:val="center"/>
          </w:tcPr>
          <w:p w14:paraId="069F1141"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Мамлекеттик экологиялык экспертиза, өнөр жай коопсуздугу, тоо-кен коопсуздугу жана жер казынасын коргоо боюнча экспертизалар, мыйзамда каралган документтерди берүү</w:t>
            </w:r>
          </w:p>
        </w:tc>
      </w:tr>
      <w:tr w:rsidR="008777B4" w:rsidRPr="00812D61" w14:paraId="2CEFE8DF" w14:textId="77777777" w:rsidTr="002F3506">
        <w:tc>
          <w:tcPr>
            <w:tcW w:w="0" w:type="auto"/>
            <w:vAlign w:val="center"/>
          </w:tcPr>
          <w:p w14:paraId="1A23965F"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Экологиялык жана техникалык көзөмөл</w:t>
            </w:r>
          </w:p>
        </w:tc>
        <w:tc>
          <w:tcPr>
            <w:tcW w:w="0" w:type="auto"/>
            <w:vAlign w:val="center"/>
          </w:tcPr>
          <w:p w14:paraId="624C8750"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Экологиялык, химиялык, биологиялык, радиациялык жана ядролук коопсуздук, өнөр жай жана тоо-кен коопсуздугу, жер казынасын коргоо жана күйүүчү майдын айрым түрлөрүнүн сапаты боюнча талаптардын сакталышын контролдоо</w:t>
            </w:r>
          </w:p>
        </w:tc>
      </w:tr>
      <w:tr w:rsidR="008777B4" w:rsidRPr="00812D61" w14:paraId="57773FF8" w14:textId="77777777" w:rsidTr="002F3506">
        <w:tc>
          <w:tcPr>
            <w:tcW w:w="0" w:type="auto"/>
            <w:vAlign w:val="center"/>
          </w:tcPr>
          <w:p w14:paraId="0AC58091"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Маалымат жана кызмат көрсөтүүлөр</w:t>
            </w:r>
          </w:p>
        </w:tc>
        <w:tc>
          <w:tcPr>
            <w:tcW w:w="0" w:type="auto"/>
            <w:vAlign w:val="center"/>
          </w:tcPr>
          <w:p w14:paraId="55E1EE13" w14:textId="77777777" w:rsidR="008777B4" w:rsidRPr="00812D61" w:rsidRDefault="000321B4" w:rsidP="002F3506">
            <w:pPr>
              <w:spacing w:after="0" w:line="240" w:lineRule="auto"/>
              <w:rPr>
                <w:rFonts w:ascii="Times New Roman" w:hAnsi="Times New Roman" w:cs="Times New Roman"/>
                <w:sz w:val="24"/>
                <w:szCs w:val="24"/>
              </w:rPr>
            </w:pPr>
            <w:r w:rsidRPr="00812D61">
              <w:rPr>
                <w:rFonts w:ascii="Times New Roman" w:hAnsi="Times New Roman" w:cs="Times New Roman"/>
                <w:sz w:val="24"/>
                <w:szCs w:val="24"/>
              </w:rPr>
              <w:t>Реестрлер, лабораториялык жана башка кызматтар, экологиялык агартуу, расмий маалыматты жарыялоо</w:t>
            </w:r>
          </w:p>
        </w:tc>
      </w:tr>
    </w:tbl>
    <w:p w14:paraId="169BB869" w14:textId="6EFE504F" w:rsidR="002F3506" w:rsidRDefault="002F3506" w:rsidP="002F3506">
      <w:pPr>
        <w:spacing w:after="0" w:line="240" w:lineRule="auto"/>
      </w:pPr>
    </w:p>
    <w:p w14:paraId="2D5BE16F" w14:textId="0BB1650F" w:rsidR="002F3506" w:rsidRPr="002F3506" w:rsidRDefault="002F3506" w:rsidP="002F3506">
      <w:pPr>
        <w:spacing w:after="0" w:line="240" w:lineRule="auto"/>
        <w:jc w:val="center"/>
        <w:rPr>
          <w:rFonts w:ascii="Times New Roman" w:hAnsi="Times New Roman" w:cs="Times New Roman"/>
          <w:b/>
          <w:bCs/>
          <w:sz w:val="28"/>
          <w:szCs w:val="28"/>
        </w:rPr>
      </w:pPr>
      <w:proofErr w:type="spellStart"/>
      <w:r w:rsidRPr="002F3506">
        <w:rPr>
          <w:rFonts w:ascii="Times New Roman" w:hAnsi="Times New Roman" w:cs="Times New Roman"/>
          <w:b/>
          <w:bCs/>
          <w:sz w:val="28"/>
          <w:szCs w:val="28"/>
        </w:rPr>
        <w:t>Туура</w:t>
      </w:r>
      <w:proofErr w:type="spellEnd"/>
      <w:r w:rsidRPr="002F3506">
        <w:rPr>
          <w:rFonts w:ascii="Times New Roman" w:hAnsi="Times New Roman" w:cs="Times New Roman"/>
          <w:b/>
          <w:bCs/>
          <w:sz w:val="28"/>
          <w:szCs w:val="28"/>
        </w:rPr>
        <w:t xml:space="preserve"> </w:t>
      </w:r>
      <w:proofErr w:type="spellStart"/>
      <w:r w:rsidRPr="002F3506">
        <w:rPr>
          <w:rFonts w:ascii="Times New Roman" w:hAnsi="Times New Roman" w:cs="Times New Roman"/>
          <w:b/>
          <w:bCs/>
          <w:sz w:val="28"/>
          <w:szCs w:val="28"/>
        </w:rPr>
        <w:t>жол-жобону</w:t>
      </w:r>
      <w:proofErr w:type="spellEnd"/>
      <w:r w:rsidRPr="002F3506">
        <w:rPr>
          <w:rFonts w:ascii="Times New Roman" w:hAnsi="Times New Roman" w:cs="Times New Roman"/>
          <w:b/>
          <w:bCs/>
          <w:sz w:val="28"/>
          <w:szCs w:val="28"/>
        </w:rPr>
        <w:t xml:space="preserve"> </w:t>
      </w:r>
      <w:proofErr w:type="spellStart"/>
      <w:r w:rsidRPr="002F3506">
        <w:rPr>
          <w:rFonts w:ascii="Times New Roman" w:hAnsi="Times New Roman" w:cs="Times New Roman"/>
          <w:b/>
          <w:bCs/>
          <w:sz w:val="28"/>
          <w:szCs w:val="28"/>
        </w:rPr>
        <w:t>кантип</w:t>
      </w:r>
      <w:proofErr w:type="spellEnd"/>
      <w:r w:rsidRPr="002F3506">
        <w:rPr>
          <w:rFonts w:ascii="Times New Roman" w:hAnsi="Times New Roman" w:cs="Times New Roman"/>
          <w:b/>
          <w:bCs/>
          <w:sz w:val="28"/>
          <w:szCs w:val="28"/>
        </w:rPr>
        <w:t xml:space="preserve"> </w:t>
      </w:r>
      <w:proofErr w:type="spellStart"/>
      <w:r w:rsidRPr="002F3506">
        <w:rPr>
          <w:rFonts w:ascii="Times New Roman" w:hAnsi="Times New Roman" w:cs="Times New Roman"/>
          <w:b/>
          <w:bCs/>
          <w:sz w:val="28"/>
          <w:szCs w:val="28"/>
        </w:rPr>
        <w:t>тандоо</w:t>
      </w:r>
      <w:proofErr w:type="spellEnd"/>
      <w:r w:rsidRPr="002F3506">
        <w:rPr>
          <w:rFonts w:ascii="Times New Roman" w:hAnsi="Times New Roman" w:cs="Times New Roman"/>
          <w:b/>
          <w:bCs/>
          <w:sz w:val="28"/>
          <w:szCs w:val="28"/>
        </w:rPr>
        <w:t xml:space="preserve"> </w:t>
      </w:r>
      <w:proofErr w:type="spellStart"/>
      <w:r w:rsidRPr="002F3506">
        <w:rPr>
          <w:rFonts w:ascii="Times New Roman" w:hAnsi="Times New Roman" w:cs="Times New Roman"/>
          <w:b/>
          <w:bCs/>
          <w:sz w:val="28"/>
          <w:szCs w:val="28"/>
        </w:rPr>
        <w:t>керек</w:t>
      </w:r>
      <w:proofErr w:type="spellEnd"/>
    </w:p>
    <w:tbl>
      <w:tblPr>
        <w:tblStyle w:val="aff0"/>
        <w:tblW w:w="0" w:type="auto"/>
        <w:tblInd w:w="108" w:type="dxa"/>
        <w:tblLook w:val="04A0" w:firstRow="1" w:lastRow="0" w:firstColumn="1" w:lastColumn="0" w:noHBand="0" w:noVBand="1"/>
      </w:tblPr>
      <w:tblGrid>
        <w:gridCol w:w="3504"/>
        <w:gridCol w:w="2894"/>
        <w:gridCol w:w="3646"/>
      </w:tblGrid>
      <w:tr w:rsidR="002F3506" w:rsidRPr="002F3506" w14:paraId="1C72B7B5" w14:textId="77777777" w:rsidTr="002F3506">
        <w:tc>
          <w:tcPr>
            <w:tcW w:w="0" w:type="auto"/>
            <w:vAlign w:val="center"/>
          </w:tcPr>
          <w:p w14:paraId="4E3C172F" w14:textId="609AC995" w:rsidR="002F3506" w:rsidRPr="002F3506" w:rsidRDefault="002F3506" w:rsidP="002F3506">
            <w:pPr>
              <w:spacing w:after="0" w:line="240" w:lineRule="auto"/>
              <w:jc w:val="center"/>
              <w:rPr>
                <w:rFonts w:ascii="Times New Roman" w:hAnsi="Times New Roman" w:cs="Times New Roman"/>
                <w:b/>
                <w:bCs/>
                <w:sz w:val="24"/>
                <w:szCs w:val="24"/>
                <w:lang w:val="ru-RU"/>
              </w:rPr>
            </w:pPr>
            <w:r w:rsidRPr="002F3506">
              <w:rPr>
                <w:rFonts w:ascii="Times New Roman" w:hAnsi="Times New Roman" w:cs="Times New Roman"/>
                <w:b/>
                <w:bCs/>
                <w:sz w:val="24"/>
                <w:szCs w:val="24"/>
                <w:lang w:val="ru-RU"/>
              </w:rPr>
              <w:t>Сиздин максат</w:t>
            </w:r>
          </w:p>
        </w:tc>
        <w:tc>
          <w:tcPr>
            <w:tcW w:w="0" w:type="auto"/>
            <w:vAlign w:val="center"/>
          </w:tcPr>
          <w:p w14:paraId="72525723" w14:textId="6A928DE7" w:rsidR="002F3506" w:rsidRPr="002F3506" w:rsidRDefault="002F3506" w:rsidP="002F3506">
            <w:pPr>
              <w:spacing w:after="0" w:line="240" w:lineRule="auto"/>
              <w:jc w:val="center"/>
              <w:rPr>
                <w:rFonts w:ascii="Times New Roman" w:hAnsi="Times New Roman" w:cs="Times New Roman"/>
                <w:b/>
                <w:bCs/>
                <w:sz w:val="24"/>
                <w:szCs w:val="24"/>
                <w:lang w:val="ru-RU"/>
              </w:rPr>
            </w:pPr>
            <w:r w:rsidRPr="002F3506">
              <w:rPr>
                <w:rFonts w:ascii="Times New Roman" w:hAnsi="Times New Roman" w:cs="Times New Roman"/>
                <w:b/>
                <w:bCs/>
                <w:sz w:val="24"/>
                <w:szCs w:val="24"/>
                <w:lang w:val="ru-RU"/>
              </w:rPr>
              <w:t>Укуктук форма</w:t>
            </w:r>
          </w:p>
        </w:tc>
        <w:tc>
          <w:tcPr>
            <w:tcW w:w="0" w:type="auto"/>
            <w:vAlign w:val="center"/>
          </w:tcPr>
          <w:p w14:paraId="5BE5DD96" w14:textId="4EA07947" w:rsidR="002F3506" w:rsidRPr="002F3506" w:rsidRDefault="002F3506" w:rsidP="002F3506">
            <w:pPr>
              <w:spacing w:after="0" w:line="240" w:lineRule="auto"/>
              <w:jc w:val="center"/>
              <w:rPr>
                <w:rFonts w:ascii="Times New Roman" w:hAnsi="Times New Roman" w:cs="Times New Roman"/>
                <w:b/>
                <w:bCs/>
                <w:sz w:val="24"/>
                <w:szCs w:val="24"/>
                <w:lang w:val="ru-RU"/>
              </w:rPr>
            </w:pPr>
            <w:r w:rsidRPr="002F3506">
              <w:rPr>
                <w:rFonts w:ascii="Times New Roman" w:hAnsi="Times New Roman" w:cs="Times New Roman"/>
                <w:b/>
                <w:bCs/>
                <w:sz w:val="24"/>
                <w:szCs w:val="24"/>
                <w:lang w:val="ru-RU"/>
              </w:rPr>
              <w:t>Чаташтырбоо керек</w:t>
            </w:r>
          </w:p>
        </w:tc>
      </w:tr>
      <w:tr w:rsidR="008777B4" w:rsidRPr="002F3506" w14:paraId="7ED7B4C0" w14:textId="77777777" w:rsidTr="002F3506">
        <w:tc>
          <w:tcPr>
            <w:tcW w:w="0" w:type="auto"/>
            <w:vAlign w:val="center"/>
          </w:tcPr>
          <w:p w14:paraId="1A980EDF" w14:textId="77777777" w:rsidR="008777B4" w:rsidRPr="002F3506" w:rsidRDefault="000321B4" w:rsidP="002F3506">
            <w:pPr>
              <w:spacing w:after="0" w:line="240" w:lineRule="auto"/>
              <w:rPr>
                <w:rFonts w:ascii="Times New Roman" w:hAnsi="Times New Roman" w:cs="Times New Roman"/>
                <w:sz w:val="24"/>
                <w:szCs w:val="24"/>
              </w:rPr>
            </w:pPr>
            <w:proofErr w:type="spellStart"/>
            <w:r w:rsidRPr="002F3506">
              <w:rPr>
                <w:rFonts w:ascii="Times New Roman" w:hAnsi="Times New Roman" w:cs="Times New Roman"/>
                <w:sz w:val="24"/>
                <w:szCs w:val="24"/>
              </w:rPr>
              <w:t>Көйгөй</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жөнүндө</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билдирүү</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чечим</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сунуштоо</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укукту</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коргоону</w:t>
            </w:r>
            <w:proofErr w:type="spellEnd"/>
            <w:r w:rsidRPr="002F3506">
              <w:rPr>
                <w:rFonts w:ascii="Times New Roman" w:hAnsi="Times New Roman" w:cs="Times New Roman"/>
                <w:sz w:val="24"/>
                <w:szCs w:val="24"/>
              </w:rPr>
              <w:t xml:space="preserve"> </w:t>
            </w:r>
            <w:proofErr w:type="spellStart"/>
            <w:r w:rsidRPr="002F3506">
              <w:rPr>
                <w:rFonts w:ascii="Times New Roman" w:hAnsi="Times New Roman" w:cs="Times New Roman"/>
                <w:sz w:val="24"/>
                <w:szCs w:val="24"/>
              </w:rPr>
              <w:t>суроо</w:t>
            </w:r>
            <w:proofErr w:type="spellEnd"/>
          </w:p>
        </w:tc>
        <w:tc>
          <w:tcPr>
            <w:tcW w:w="0" w:type="auto"/>
            <w:vAlign w:val="center"/>
          </w:tcPr>
          <w:p w14:paraId="567F329D"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Жарандын кайрылуусу</w:t>
            </w:r>
          </w:p>
        </w:tc>
        <w:tc>
          <w:tcPr>
            <w:tcW w:w="0" w:type="auto"/>
            <w:vAlign w:val="center"/>
          </w:tcPr>
          <w:p w14:paraId="68C59450"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Атайын административдик жол-жобонун ордуна колдонулбайт</w:t>
            </w:r>
          </w:p>
        </w:tc>
      </w:tr>
      <w:tr w:rsidR="008777B4" w:rsidRPr="002F3506" w14:paraId="43155E7B" w14:textId="77777777" w:rsidTr="002F3506">
        <w:tc>
          <w:tcPr>
            <w:tcW w:w="0" w:type="auto"/>
            <w:vAlign w:val="center"/>
          </w:tcPr>
          <w:p w14:paraId="343E14F9"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Документ, маалымат, статистика, көчүрмө же шилтеме алуу</w:t>
            </w:r>
          </w:p>
        </w:tc>
        <w:tc>
          <w:tcPr>
            <w:tcW w:w="0" w:type="auto"/>
            <w:vAlign w:val="center"/>
          </w:tcPr>
          <w:p w14:paraId="4CB76B99"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Маалымат алуу үчүн суроо-талап</w:t>
            </w:r>
          </w:p>
        </w:tc>
        <w:tc>
          <w:tcPr>
            <w:tcW w:w="0" w:type="auto"/>
            <w:vAlign w:val="center"/>
          </w:tcPr>
          <w:p w14:paraId="33A7AFF0"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Бул жеке мүнөздөгү уруксат берүү чечимин кабыл алуу өтүнүчү эмес</w:t>
            </w:r>
          </w:p>
        </w:tc>
      </w:tr>
      <w:tr w:rsidR="008777B4" w:rsidRPr="002F3506" w14:paraId="41EB881B" w14:textId="77777777" w:rsidTr="002F3506">
        <w:tc>
          <w:tcPr>
            <w:tcW w:w="0" w:type="auto"/>
            <w:vAlign w:val="center"/>
          </w:tcPr>
          <w:p w14:paraId="25D67BC9"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Лицензия, уруксат, экспертизанын корутундусун же башка жеке актыны алуу</w:t>
            </w:r>
          </w:p>
        </w:tc>
        <w:tc>
          <w:tcPr>
            <w:tcW w:w="0" w:type="auto"/>
            <w:vAlign w:val="center"/>
          </w:tcPr>
          <w:p w14:paraId="3057A576"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Административдик жол-жобонун алкагындагы арыз</w:t>
            </w:r>
          </w:p>
        </w:tc>
        <w:tc>
          <w:tcPr>
            <w:tcW w:w="0" w:type="auto"/>
            <w:vAlign w:val="center"/>
          </w:tcPr>
          <w:p w14:paraId="2D7378BC"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Мөөнөт жана документтердин топтому атайын акт менен аныкталышы мүмкүн</w:t>
            </w:r>
          </w:p>
        </w:tc>
      </w:tr>
      <w:tr w:rsidR="008777B4" w:rsidRPr="002F3506" w14:paraId="3F7927CA" w14:textId="77777777" w:rsidTr="002F3506">
        <w:tc>
          <w:tcPr>
            <w:tcW w:w="0" w:type="auto"/>
            <w:vAlign w:val="center"/>
          </w:tcPr>
          <w:p w14:paraId="03D15C6A"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Административдик актыга, аракетке же аракетсиздикке даттануу</w:t>
            </w:r>
          </w:p>
        </w:tc>
        <w:tc>
          <w:tcPr>
            <w:tcW w:w="0" w:type="auto"/>
            <w:vAlign w:val="center"/>
          </w:tcPr>
          <w:p w14:paraId="11D2F181"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Административдик даттануу</w:t>
            </w:r>
          </w:p>
        </w:tc>
        <w:tc>
          <w:tcPr>
            <w:tcW w:w="0" w:type="auto"/>
            <w:vAlign w:val="center"/>
          </w:tcPr>
          <w:p w14:paraId="64878EAB"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Мөөнөт адатта 30 жумуш күнү</w:t>
            </w:r>
          </w:p>
        </w:tc>
      </w:tr>
      <w:tr w:rsidR="008777B4" w:rsidRPr="002F3506" w14:paraId="6D21D7DF" w14:textId="77777777" w:rsidTr="002F3506">
        <w:tc>
          <w:tcPr>
            <w:tcW w:w="0" w:type="auto"/>
            <w:vAlign w:val="center"/>
          </w:tcPr>
          <w:p w14:paraId="25F838EA"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Коррупциялык талап же кызыкчылыктардын кагылышы тууралуу билдирүү</w:t>
            </w:r>
          </w:p>
        </w:tc>
        <w:tc>
          <w:tcPr>
            <w:tcW w:w="0" w:type="auto"/>
            <w:vAlign w:val="center"/>
          </w:tcPr>
          <w:p w14:paraId="3EAC3C41"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Коррупциялык укук бузуу жөнүндө билдирүү</w:t>
            </w:r>
          </w:p>
        </w:tc>
        <w:tc>
          <w:tcPr>
            <w:tcW w:w="0" w:type="auto"/>
            <w:vAlign w:val="center"/>
          </w:tcPr>
          <w:p w14:paraId="70905BE2" w14:textId="77777777" w:rsidR="008777B4" w:rsidRPr="002F3506" w:rsidRDefault="000321B4" w:rsidP="002F3506">
            <w:pPr>
              <w:spacing w:after="0" w:line="240" w:lineRule="auto"/>
              <w:rPr>
                <w:rFonts w:ascii="Times New Roman" w:hAnsi="Times New Roman" w:cs="Times New Roman"/>
                <w:sz w:val="24"/>
                <w:szCs w:val="24"/>
              </w:rPr>
            </w:pPr>
            <w:r w:rsidRPr="002F3506">
              <w:rPr>
                <w:rFonts w:ascii="Times New Roman" w:hAnsi="Times New Roman" w:cs="Times New Roman"/>
                <w:sz w:val="24"/>
                <w:szCs w:val="24"/>
              </w:rPr>
              <w:t>Кылмыштын белгилери болсо, маалымат прокуратурага же укук коргоо органына берилет</w:t>
            </w:r>
          </w:p>
        </w:tc>
      </w:tr>
    </w:tbl>
    <w:p w14:paraId="778D7DE4" w14:textId="10259C88" w:rsidR="008777B4" w:rsidRDefault="000321B4" w:rsidP="002F3506">
      <w:pPr>
        <w:spacing w:after="0" w:line="240" w:lineRule="auto"/>
        <w:rPr>
          <w:rFonts w:ascii="Times New Roman" w:hAnsi="Times New Roman" w:cs="Times New Roman"/>
          <w:i/>
          <w:iCs/>
          <w:sz w:val="24"/>
          <w:szCs w:val="24"/>
        </w:rPr>
      </w:pPr>
      <w:proofErr w:type="spellStart"/>
      <w:r w:rsidRPr="002F3506">
        <w:rPr>
          <w:rFonts w:ascii="Times New Roman" w:hAnsi="Times New Roman" w:cs="Times New Roman"/>
          <w:i/>
          <w:iCs/>
          <w:sz w:val="24"/>
          <w:szCs w:val="24"/>
        </w:rPr>
        <w:t>Практикалык</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эреже</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бир</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документте</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бир</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негизги</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талапты</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баяндаңыз</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Эгер</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бир</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эле</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учурда</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документтердин</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көчүрмөлөрү</w:t>
      </w:r>
      <w:proofErr w:type="spellEnd"/>
      <w:r w:rsidRPr="002F3506">
        <w:rPr>
          <w:rFonts w:ascii="Times New Roman" w:hAnsi="Times New Roman" w:cs="Times New Roman"/>
          <w:i/>
          <w:iCs/>
          <w:sz w:val="24"/>
          <w:szCs w:val="24"/>
        </w:rPr>
        <w:t xml:space="preserve"> жана </w:t>
      </w:r>
      <w:proofErr w:type="spellStart"/>
      <w:r w:rsidRPr="002F3506">
        <w:rPr>
          <w:rFonts w:ascii="Times New Roman" w:hAnsi="Times New Roman" w:cs="Times New Roman"/>
          <w:i/>
          <w:iCs/>
          <w:sz w:val="24"/>
          <w:szCs w:val="24"/>
        </w:rPr>
        <w:t>чечимди</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жокко</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чыгаруу</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керек</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болсо</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маалымат</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алуу</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үчүн</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өзүнчө</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суроо-талап</w:t>
      </w:r>
      <w:proofErr w:type="spellEnd"/>
      <w:r w:rsidRPr="002F3506">
        <w:rPr>
          <w:rFonts w:ascii="Times New Roman" w:hAnsi="Times New Roman" w:cs="Times New Roman"/>
          <w:i/>
          <w:iCs/>
          <w:sz w:val="24"/>
          <w:szCs w:val="24"/>
        </w:rPr>
        <w:t xml:space="preserve"> жана </w:t>
      </w:r>
      <w:proofErr w:type="spellStart"/>
      <w:r w:rsidRPr="002F3506">
        <w:rPr>
          <w:rFonts w:ascii="Times New Roman" w:hAnsi="Times New Roman" w:cs="Times New Roman"/>
          <w:i/>
          <w:iCs/>
          <w:sz w:val="24"/>
          <w:szCs w:val="24"/>
        </w:rPr>
        <w:t>өзүнчө</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административдик</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даттануу</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берүү</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максатка</w:t>
      </w:r>
      <w:proofErr w:type="spellEnd"/>
      <w:r w:rsidRPr="002F3506">
        <w:rPr>
          <w:rFonts w:ascii="Times New Roman" w:hAnsi="Times New Roman" w:cs="Times New Roman"/>
          <w:i/>
          <w:iCs/>
          <w:sz w:val="24"/>
          <w:szCs w:val="24"/>
        </w:rPr>
        <w:t xml:space="preserve"> </w:t>
      </w:r>
      <w:proofErr w:type="spellStart"/>
      <w:r w:rsidRPr="002F3506">
        <w:rPr>
          <w:rFonts w:ascii="Times New Roman" w:hAnsi="Times New Roman" w:cs="Times New Roman"/>
          <w:i/>
          <w:iCs/>
          <w:sz w:val="24"/>
          <w:szCs w:val="24"/>
        </w:rPr>
        <w:t>ылайыктуу</w:t>
      </w:r>
      <w:proofErr w:type="spellEnd"/>
      <w:r w:rsidRPr="002F3506">
        <w:rPr>
          <w:rFonts w:ascii="Times New Roman" w:hAnsi="Times New Roman" w:cs="Times New Roman"/>
          <w:i/>
          <w:iCs/>
          <w:sz w:val="24"/>
          <w:szCs w:val="24"/>
        </w:rPr>
        <w:t>.</w:t>
      </w:r>
    </w:p>
    <w:p w14:paraId="0DF2C36F" w14:textId="35402B61" w:rsidR="002F3506" w:rsidRDefault="002F3506" w:rsidP="002F3506">
      <w:pPr>
        <w:spacing w:after="0" w:line="240" w:lineRule="auto"/>
        <w:rPr>
          <w:rFonts w:ascii="Times New Roman" w:hAnsi="Times New Roman" w:cs="Times New Roman"/>
          <w:sz w:val="28"/>
          <w:szCs w:val="28"/>
        </w:rPr>
      </w:pPr>
    </w:p>
    <w:p w14:paraId="79CCE899" w14:textId="6114DF31" w:rsidR="002F3506" w:rsidRPr="002F3506" w:rsidRDefault="002F3506" w:rsidP="002F3506">
      <w:pPr>
        <w:spacing w:after="0" w:line="240" w:lineRule="auto"/>
        <w:jc w:val="center"/>
        <w:rPr>
          <w:rFonts w:ascii="Times New Roman" w:hAnsi="Times New Roman" w:cs="Times New Roman"/>
          <w:b/>
          <w:bCs/>
          <w:sz w:val="28"/>
          <w:szCs w:val="28"/>
          <w:lang w:val="ru-RU"/>
        </w:rPr>
      </w:pPr>
      <w:r w:rsidRPr="002F3506">
        <w:rPr>
          <w:rFonts w:ascii="Times New Roman" w:hAnsi="Times New Roman" w:cs="Times New Roman"/>
          <w:b/>
          <w:bCs/>
          <w:sz w:val="28"/>
          <w:szCs w:val="28"/>
          <w:lang w:val="ru-RU"/>
        </w:rPr>
        <w:t>Жарандын кайрылуусу</w:t>
      </w:r>
    </w:p>
    <w:p w14:paraId="0A238BF1" w14:textId="77777777" w:rsidR="008777B4" w:rsidRPr="00571B5B" w:rsidRDefault="000321B4" w:rsidP="00571B5B">
      <w:pPr>
        <w:spacing w:after="0" w:line="240" w:lineRule="auto"/>
        <w:ind w:firstLine="709"/>
        <w:jc w:val="both"/>
        <w:rPr>
          <w:rFonts w:ascii="Times New Roman" w:hAnsi="Times New Roman" w:cs="Times New Roman"/>
          <w:sz w:val="28"/>
          <w:szCs w:val="28"/>
        </w:rPr>
      </w:pPr>
      <w:r w:rsidRPr="00571B5B">
        <w:rPr>
          <w:rFonts w:ascii="Times New Roman" w:hAnsi="Times New Roman" w:cs="Times New Roman"/>
          <w:sz w:val="28"/>
          <w:szCs w:val="28"/>
        </w:rPr>
        <w:t xml:space="preserve">№ 67 </w:t>
      </w:r>
      <w:proofErr w:type="spellStart"/>
      <w:r w:rsidRPr="00571B5B">
        <w:rPr>
          <w:rFonts w:ascii="Times New Roman" w:hAnsi="Times New Roman" w:cs="Times New Roman"/>
          <w:sz w:val="28"/>
          <w:szCs w:val="28"/>
        </w:rPr>
        <w:t>Мыйзам</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жарандардын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сунуштарына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арыздарына</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даттанууларына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эгер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маселе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атайын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жол-жобо</w:t>
      </w:r>
      <w:proofErr w:type="spellEnd"/>
      <w:r w:rsidRPr="00571B5B">
        <w:rPr>
          <w:rFonts w:ascii="Times New Roman" w:hAnsi="Times New Roman" w:cs="Times New Roman"/>
          <w:sz w:val="28"/>
          <w:szCs w:val="28"/>
        </w:rPr>
        <w:t xml:space="preserve"> боюнча </w:t>
      </w:r>
      <w:proofErr w:type="spellStart"/>
      <w:r w:rsidRPr="00571B5B">
        <w:rPr>
          <w:rFonts w:ascii="Times New Roman" w:hAnsi="Times New Roman" w:cs="Times New Roman"/>
          <w:sz w:val="28"/>
          <w:szCs w:val="28"/>
        </w:rPr>
        <w:t>каралууга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тийиш</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болбосо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колдонулат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Административдик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актылар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лицензиялар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уруксаттар</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аларга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байланыштуу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аракеттер</w:t>
      </w:r>
      <w:proofErr w:type="spellEnd"/>
      <w:r w:rsidRPr="00571B5B">
        <w:rPr>
          <w:rFonts w:ascii="Times New Roman" w:hAnsi="Times New Roman" w:cs="Times New Roman"/>
          <w:sz w:val="28"/>
          <w:szCs w:val="28"/>
        </w:rPr>
        <w:t xml:space="preserve"> № 210 </w:t>
      </w:r>
      <w:proofErr w:type="spellStart"/>
      <w:r w:rsidRPr="00571B5B">
        <w:rPr>
          <w:rFonts w:ascii="Times New Roman" w:hAnsi="Times New Roman" w:cs="Times New Roman"/>
          <w:sz w:val="28"/>
          <w:szCs w:val="28"/>
        </w:rPr>
        <w:t>Мыйзам</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атайын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мыйзамдар</w:t>
      </w:r>
      <w:proofErr w:type="spellEnd"/>
      <w:r w:rsidRPr="00571B5B">
        <w:rPr>
          <w:rFonts w:ascii="Times New Roman" w:hAnsi="Times New Roman" w:cs="Times New Roman"/>
          <w:sz w:val="28"/>
          <w:szCs w:val="28"/>
        </w:rPr>
        <w:t xml:space="preserve"> боюнча </w:t>
      </w:r>
      <w:proofErr w:type="spellStart"/>
      <w:r w:rsidRPr="00571B5B">
        <w:rPr>
          <w:rFonts w:ascii="Times New Roman" w:hAnsi="Times New Roman" w:cs="Times New Roman"/>
          <w:sz w:val="28"/>
          <w:szCs w:val="28"/>
        </w:rPr>
        <w:t>каралат</w:t>
      </w:r>
      <w:proofErr w:type="spellEnd"/>
      <w:r w:rsidRPr="00571B5B">
        <w:rPr>
          <w:rFonts w:ascii="Times New Roman" w:hAnsi="Times New Roman" w:cs="Times New Roman"/>
          <w:sz w:val="28"/>
          <w:szCs w:val="28"/>
        </w:rPr>
        <w:t>.</w:t>
      </w:r>
    </w:p>
    <w:p w14:paraId="600BEE07" w14:textId="18D99A32" w:rsidR="00571B5B" w:rsidRPr="00571B5B" w:rsidRDefault="00571B5B" w:rsidP="00571B5B">
      <w:pPr>
        <w:spacing w:after="0" w:line="240" w:lineRule="auto"/>
        <w:ind w:firstLine="709"/>
        <w:jc w:val="both"/>
        <w:rPr>
          <w:rFonts w:ascii="Times New Roman" w:hAnsi="Times New Roman" w:cs="Times New Roman"/>
          <w:b/>
          <w:bCs/>
          <w:sz w:val="28"/>
          <w:szCs w:val="28"/>
          <w:lang w:val="ru-RU"/>
        </w:rPr>
      </w:pPr>
      <w:proofErr w:type="spellStart"/>
      <w:r w:rsidRPr="00571B5B">
        <w:rPr>
          <w:rFonts w:ascii="Times New Roman" w:hAnsi="Times New Roman" w:cs="Times New Roman"/>
          <w:b/>
          <w:bCs/>
          <w:sz w:val="28"/>
          <w:szCs w:val="28"/>
        </w:rPr>
        <w:t>Алгоритм</w:t>
      </w:r>
      <w:proofErr w:type="spellEnd"/>
      <w:r w:rsidRPr="00571B5B">
        <w:rPr>
          <w:rFonts w:ascii="Times New Roman" w:hAnsi="Times New Roman" w:cs="Times New Roman"/>
          <w:b/>
          <w:bCs/>
          <w:sz w:val="28"/>
          <w:szCs w:val="28"/>
          <w:lang w:val="ru-RU"/>
        </w:rPr>
        <w:t>:</w:t>
      </w:r>
    </w:p>
    <w:p w14:paraId="74238C29"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Маселени</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каалаган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натыйжаны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аныктаңыз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фактыны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текшерүү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түшүндүрмө</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берүү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бузууну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жоюу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жооп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алуу</w:t>
      </w:r>
      <w:proofErr w:type="spellEnd"/>
      <w:r w:rsidRPr="00571B5B">
        <w:rPr>
          <w:rFonts w:ascii="Times New Roman" w:hAnsi="Times New Roman" w:cs="Times New Roman"/>
          <w:sz w:val="28"/>
          <w:szCs w:val="28"/>
        </w:rPr>
        <w:t>.</w:t>
      </w:r>
    </w:p>
    <w:p w14:paraId="7BB97A60"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Кайрылуу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даректелген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органды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кызмат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адамын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фамилияңызды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атыңызды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атаңыздын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атын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жооп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үчүн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почта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электрондук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дарегиңизди</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көрсөтүп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фактыларды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даталар</w:t>
      </w:r>
      <w:proofErr w:type="spellEnd"/>
      <w:r w:rsidRPr="00571B5B">
        <w:rPr>
          <w:rFonts w:ascii="Times New Roman" w:hAnsi="Times New Roman" w:cs="Times New Roman"/>
          <w:sz w:val="28"/>
          <w:szCs w:val="28"/>
        </w:rPr>
        <w:t xml:space="preserve"> боюнча </w:t>
      </w:r>
      <w:proofErr w:type="spellStart"/>
      <w:r w:rsidRPr="00571B5B">
        <w:rPr>
          <w:rFonts w:ascii="Times New Roman" w:hAnsi="Times New Roman" w:cs="Times New Roman"/>
          <w:sz w:val="28"/>
          <w:szCs w:val="28"/>
        </w:rPr>
        <w:t>баяндаңыз</w:t>
      </w:r>
      <w:proofErr w:type="spellEnd"/>
      <w:r w:rsidRPr="00571B5B">
        <w:rPr>
          <w:rFonts w:ascii="Times New Roman" w:hAnsi="Times New Roman" w:cs="Times New Roman"/>
          <w:sz w:val="28"/>
          <w:szCs w:val="28"/>
        </w:rPr>
        <w:t>.</w:t>
      </w:r>
    </w:p>
    <w:p w14:paraId="66BF8BE0"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lastRenderedPageBreak/>
        <w:t>Ырастоочу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документтердин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көчүрмөлөрүн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тиркеңиз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эгер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мыйзам</w:t>
      </w:r>
      <w:proofErr w:type="spellEnd"/>
      <w:r w:rsidRPr="00571B5B">
        <w:rPr>
          <w:rFonts w:ascii="Times New Roman" w:hAnsi="Times New Roman" w:cs="Times New Roman"/>
          <w:sz w:val="28"/>
          <w:szCs w:val="28"/>
        </w:rPr>
        <w:t xml:space="preserve"> боюнча </w:t>
      </w:r>
      <w:proofErr w:type="spellStart"/>
      <w:r w:rsidRPr="00571B5B">
        <w:rPr>
          <w:rFonts w:ascii="Times New Roman" w:hAnsi="Times New Roman" w:cs="Times New Roman"/>
          <w:sz w:val="28"/>
          <w:szCs w:val="28"/>
        </w:rPr>
        <w:t>түп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нускаларын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берүү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талап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кылынбаса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аларды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өзүңүздө</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калтырыңыз</w:t>
      </w:r>
      <w:proofErr w:type="spellEnd"/>
      <w:r w:rsidRPr="00571B5B">
        <w:rPr>
          <w:rFonts w:ascii="Times New Roman" w:hAnsi="Times New Roman" w:cs="Times New Roman"/>
          <w:sz w:val="28"/>
          <w:szCs w:val="28"/>
        </w:rPr>
        <w:t>.</w:t>
      </w:r>
    </w:p>
    <w:p w14:paraId="047FBCDF"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Жеке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өзүңүз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почта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электрондук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почта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расмий </w:t>
      </w:r>
      <w:proofErr w:type="spellStart"/>
      <w:r w:rsidRPr="00571B5B">
        <w:rPr>
          <w:rFonts w:ascii="Times New Roman" w:hAnsi="Times New Roman" w:cs="Times New Roman"/>
          <w:sz w:val="28"/>
          <w:szCs w:val="28"/>
        </w:rPr>
        <w:t>сервис</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аркылуу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бериңиз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Жөнөтүлгөнүн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ырастоону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сактаңыз</w:t>
      </w:r>
      <w:proofErr w:type="spellEnd"/>
      <w:r w:rsidRPr="00571B5B">
        <w:rPr>
          <w:rFonts w:ascii="Times New Roman" w:hAnsi="Times New Roman" w:cs="Times New Roman"/>
          <w:sz w:val="28"/>
          <w:szCs w:val="28"/>
        </w:rPr>
        <w:t>.</w:t>
      </w:r>
    </w:p>
    <w:p w14:paraId="09F490C2"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Каттоо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күнүн</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номерин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алыңыз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Кайрылуу</w:t>
      </w:r>
      <w:proofErr w:type="spellEnd"/>
      <w:r w:rsidRPr="00571B5B">
        <w:rPr>
          <w:rFonts w:ascii="Times New Roman" w:hAnsi="Times New Roman" w:cs="Times New Roman"/>
          <w:sz w:val="28"/>
          <w:szCs w:val="28"/>
        </w:rPr>
        <w:t xml:space="preserve"> 1 </w:t>
      </w:r>
      <w:proofErr w:type="spellStart"/>
      <w:r w:rsidRPr="00571B5B">
        <w:rPr>
          <w:rFonts w:ascii="Times New Roman" w:hAnsi="Times New Roman" w:cs="Times New Roman"/>
          <w:sz w:val="28"/>
          <w:szCs w:val="28"/>
        </w:rPr>
        <w:t>жумуш</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күнүнүн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ичинде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катталат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электрондук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кайрылуунун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кабыл</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алынганы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тууралуу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ырастоо</w:t>
      </w:r>
      <w:proofErr w:type="spellEnd"/>
      <w:r w:rsidRPr="00571B5B">
        <w:rPr>
          <w:rFonts w:ascii="Times New Roman" w:hAnsi="Times New Roman" w:cs="Times New Roman"/>
          <w:sz w:val="28"/>
          <w:szCs w:val="28"/>
        </w:rPr>
        <w:t xml:space="preserve"> 3 </w:t>
      </w:r>
      <w:proofErr w:type="spellStart"/>
      <w:r w:rsidRPr="00571B5B">
        <w:rPr>
          <w:rFonts w:ascii="Times New Roman" w:hAnsi="Times New Roman" w:cs="Times New Roman"/>
          <w:sz w:val="28"/>
          <w:szCs w:val="28"/>
        </w:rPr>
        <w:t>жумуш</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күнүнүн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ичинде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жөнөтүлөт</w:t>
      </w:r>
      <w:proofErr w:type="spellEnd"/>
      <w:r w:rsidRPr="00571B5B">
        <w:rPr>
          <w:rFonts w:ascii="Times New Roman" w:hAnsi="Times New Roman" w:cs="Times New Roman"/>
          <w:sz w:val="28"/>
          <w:szCs w:val="28"/>
        </w:rPr>
        <w:t>.</w:t>
      </w:r>
    </w:p>
    <w:p w14:paraId="5E489797" w14:textId="77777777" w:rsid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Катталган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күндөн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тартып</w:t>
      </w:r>
      <w:proofErr w:type="spellEnd"/>
      <w:r w:rsidRPr="00571B5B">
        <w:rPr>
          <w:rFonts w:ascii="Times New Roman" w:hAnsi="Times New Roman" w:cs="Times New Roman"/>
          <w:sz w:val="28"/>
          <w:szCs w:val="28"/>
        </w:rPr>
        <w:t xml:space="preserve"> 14 </w:t>
      </w:r>
      <w:proofErr w:type="spellStart"/>
      <w:r w:rsidRPr="00571B5B">
        <w:rPr>
          <w:rFonts w:ascii="Times New Roman" w:hAnsi="Times New Roman" w:cs="Times New Roman"/>
          <w:sz w:val="28"/>
          <w:szCs w:val="28"/>
        </w:rPr>
        <w:t>жумуш</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эсептеңиз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Даттанууну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кароо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мөөнөтү</w:t>
      </w:r>
      <w:proofErr w:type="spellEnd"/>
      <w:r w:rsidRPr="00571B5B">
        <w:rPr>
          <w:rFonts w:ascii="Times New Roman" w:hAnsi="Times New Roman" w:cs="Times New Roman"/>
          <w:sz w:val="28"/>
          <w:szCs w:val="28"/>
        </w:rPr>
        <w:t xml:space="preserve"> 30 </w:t>
      </w:r>
      <w:proofErr w:type="spellStart"/>
      <w:r w:rsidRPr="00571B5B">
        <w:rPr>
          <w:rFonts w:ascii="Times New Roman" w:hAnsi="Times New Roman" w:cs="Times New Roman"/>
          <w:sz w:val="28"/>
          <w:szCs w:val="28"/>
        </w:rPr>
        <w:t>календардык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күндөн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ашпаган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мөөнөткө</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узартылса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бул</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тууралуу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сизге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билдирилиши</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керек</w:t>
      </w:r>
      <w:proofErr w:type="spellEnd"/>
      <w:r w:rsidRPr="00571B5B">
        <w:rPr>
          <w:rFonts w:ascii="Times New Roman" w:hAnsi="Times New Roman" w:cs="Times New Roman"/>
          <w:sz w:val="28"/>
          <w:szCs w:val="28"/>
        </w:rPr>
        <w:t>.</w:t>
      </w:r>
    </w:p>
    <w:p w14:paraId="78530617" w14:textId="493EBB0C" w:rsidR="00571B5B" w:rsidRPr="00571B5B" w:rsidRDefault="000321B4" w:rsidP="00571B5B">
      <w:pPr>
        <w:pStyle w:val="ae"/>
        <w:numPr>
          <w:ilvl w:val="0"/>
          <w:numId w:val="10"/>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Алынган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жоопто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бир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суроого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жооп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берилгенин</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негиздер</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көрсөтүлгөнүн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текшериңиз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Макул</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болбосоңуз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административдик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соттук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тартипти</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колдонуңуз</w:t>
      </w:r>
      <w:proofErr w:type="spellEnd"/>
      <w:r w:rsidRPr="00571B5B">
        <w:rPr>
          <w:rFonts w:ascii="Times New Roman" w:hAnsi="Times New Roman" w:cs="Times New Roman"/>
          <w:sz w:val="28"/>
          <w:szCs w:val="28"/>
        </w:rPr>
        <w:t>.</w:t>
      </w:r>
    </w:p>
    <w:p w14:paraId="112B091C" w14:textId="78973347" w:rsidR="00571B5B" w:rsidRPr="00571B5B" w:rsidRDefault="000321B4" w:rsidP="00571B5B">
      <w:pPr>
        <w:spacing w:after="0" w:line="240" w:lineRule="auto"/>
        <w:ind w:firstLine="709"/>
        <w:rPr>
          <w:rFonts w:ascii="Times New Roman" w:hAnsi="Times New Roman" w:cs="Times New Roman"/>
          <w:b/>
          <w:sz w:val="28"/>
          <w:szCs w:val="28"/>
          <w:lang w:val="ru-RU"/>
        </w:rPr>
      </w:pPr>
      <w:proofErr w:type="spellStart"/>
      <w:r w:rsidRPr="00571B5B">
        <w:rPr>
          <w:rFonts w:ascii="Times New Roman" w:hAnsi="Times New Roman" w:cs="Times New Roman"/>
          <w:b/>
          <w:sz w:val="28"/>
          <w:szCs w:val="28"/>
        </w:rPr>
        <w:t>Арыз</w:t>
      </w:r>
      <w:proofErr w:type="spellEnd"/>
      <w:r w:rsidRPr="00571B5B">
        <w:rPr>
          <w:rFonts w:ascii="Times New Roman" w:hAnsi="Times New Roman" w:cs="Times New Roman"/>
          <w:b/>
          <w:sz w:val="28"/>
          <w:szCs w:val="28"/>
        </w:rPr>
        <w:t xml:space="preserve"> </w:t>
      </w:r>
      <w:proofErr w:type="spellStart"/>
      <w:r w:rsidRPr="00571B5B">
        <w:rPr>
          <w:rFonts w:ascii="Times New Roman" w:hAnsi="Times New Roman" w:cs="Times New Roman"/>
          <w:b/>
          <w:sz w:val="28"/>
          <w:szCs w:val="28"/>
        </w:rPr>
        <w:t>ээсинин</w:t>
      </w:r>
      <w:proofErr w:type="spellEnd"/>
      <w:r w:rsidRPr="00571B5B">
        <w:rPr>
          <w:rFonts w:ascii="Times New Roman" w:hAnsi="Times New Roman" w:cs="Times New Roman"/>
          <w:b/>
          <w:sz w:val="28"/>
          <w:szCs w:val="28"/>
        </w:rPr>
        <w:t xml:space="preserve"> </w:t>
      </w:r>
      <w:proofErr w:type="spellStart"/>
      <w:r w:rsidRPr="00571B5B">
        <w:rPr>
          <w:rFonts w:ascii="Times New Roman" w:hAnsi="Times New Roman" w:cs="Times New Roman"/>
          <w:b/>
          <w:sz w:val="28"/>
          <w:szCs w:val="28"/>
        </w:rPr>
        <w:t>укуктары</w:t>
      </w:r>
      <w:proofErr w:type="spellEnd"/>
      <w:r w:rsidRPr="00571B5B">
        <w:rPr>
          <w:rFonts w:ascii="Times New Roman" w:hAnsi="Times New Roman" w:cs="Times New Roman"/>
          <w:b/>
          <w:sz w:val="28"/>
          <w:szCs w:val="28"/>
        </w:rPr>
        <w:t>:</w:t>
      </w:r>
    </w:p>
    <w:p w14:paraId="32B68187" w14:textId="77777777" w:rsidR="00571B5B" w:rsidRDefault="000321B4" w:rsidP="00571B5B">
      <w:pPr>
        <w:pStyle w:val="ae"/>
        <w:numPr>
          <w:ilvl w:val="0"/>
          <w:numId w:val="11"/>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Каттоо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номерин</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датасын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алуу</w:t>
      </w:r>
      <w:proofErr w:type="spellEnd"/>
      <w:r w:rsidRPr="00571B5B">
        <w:rPr>
          <w:rFonts w:ascii="Times New Roman" w:hAnsi="Times New Roman" w:cs="Times New Roman"/>
          <w:sz w:val="28"/>
          <w:szCs w:val="28"/>
        </w:rPr>
        <w:t xml:space="preserve">. </w:t>
      </w:r>
    </w:p>
    <w:p w14:paraId="03C412FC" w14:textId="77777777" w:rsidR="00571B5B" w:rsidRPr="00571B5B" w:rsidRDefault="00571B5B" w:rsidP="00571B5B">
      <w:pPr>
        <w:pStyle w:val="ae"/>
        <w:numPr>
          <w:ilvl w:val="0"/>
          <w:numId w:val="11"/>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lang w:val="ru-RU"/>
        </w:rPr>
        <w:t xml:space="preserve">Жол берилген чектерде материалдар менен таанышуу. </w:t>
      </w:r>
    </w:p>
    <w:p w14:paraId="2AF70E78" w14:textId="77777777" w:rsidR="00571B5B" w:rsidRPr="00571B5B" w:rsidRDefault="00571B5B" w:rsidP="00571B5B">
      <w:pPr>
        <w:pStyle w:val="ae"/>
        <w:numPr>
          <w:ilvl w:val="0"/>
          <w:numId w:val="11"/>
        </w:numPr>
        <w:spacing w:after="0" w:line="240" w:lineRule="auto"/>
        <w:ind w:left="0" w:firstLine="360"/>
        <w:jc w:val="both"/>
        <w:rPr>
          <w:rFonts w:ascii="Times New Roman" w:hAnsi="Times New Roman" w:cs="Times New Roman"/>
          <w:sz w:val="28"/>
          <w:szCs w:val="28"/>
        </w:rPr>
      </w:pPr>
      <w:proofErr w:type="spellStart"/>
      <w:r>
        <w:rPr>
          <w:rFonts w:ascii="Times New Roman" w:hAnsi="Times New Roman" w:cs="Times New Roman"/>
          <w:sz w:val="28"/>
          <w:szCs w:val="28"/>
          <w:lang w:val="ru-RU"/>
        </w:rPr>
        <w:t>Өз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жүйөлөрүн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баяндоо</w:t>
      </w:r>
      <w:proofErr w:type="spellEnd"/>
      <w:r>
        <w:rPr>
          <w:rFonts w:ascii="Times New Roman" w:hAnsi="Times New Roman" w:cs="Times New Roman"/>
          <w:sz w:val="28"/>
          <w:szCs w:val="28"/>
          <w:lang w:val="ru-RU"/>
        </w:rPr>
        <w:t xml:space="preserve"> жана </w:t>
      </w:r>
      <w:proofErr w:type="spellStart"/>
      <w:r>
        <w:rPr>
          <w:rFonts w:ascii="Times New Roman" w:hAnsi="Times New Roman" w:cs="Times New Roman"/>
          <w:sz w:val="28"/>
          <w:szCs w:val="28"/>
          <w:lang w:val="ru-RU"/>
        </w:rPr>
        <w:t>угулуу</w:t>
      </w:r>
      <w:proofErr w:type="spellEnd"/>
      <w:r>
        <w:rPr>
          <w:rFonts w:ascii="Times New Roman" w:hAnsi="Times New Roman" w:cs="Times New Roman"/>
          <w:sz w:val="28"/>
          <w:szCs w:val="28"/>
          <w:lang w:val="ru-RU"/>
        </w:rPr>
        <w:t>.</w:t>
      </w:r>
    </w:p>
    <w:p w14:paraId="1B6660ED" w14:textId="77777777" w:rsidR="00571B5B" w:rsidRPr="00571B5B" w:rsidRDefault="00571B5B" w:rsidP="00571B5B">
      <w:pPr>
        <w:pStyle w:val="ae"/>
        <w:numPr>
          <w:ilvl w:val="0"/>
          <w:numId w:val="11"/>
        </w:numPr>
        <w:spacing w:after="0" w:line="240" w:lineRule="auto"/>
        <w:ind w:left="0" w:firstLine="360"/>
        <w:jc w:val="both"/>
        <w:rPr>
          <w:rFonts w:ascii="Times New Roman" w:hAnsi="Times New Roman" w:cs="Times New Roman"/>
          <w:sz w:val="28"/>
          <w:szCs w:val="28"/>
        </w:rPr>
      </w:pPr>
      <w:proofErr w:type="spellStart"/>
      <w:r>
        <w:rPr>
          <w:rFonts w:ascii="Times New Roman" w:hAnsi="Times New Roman" w:cs="Times New Roman"/>
          <w:sz w:val="28"/>
          <w:szCs w:val="28"/>
          <w:lang w:val="ru-RU"/>
        </w:rPr>
        <w:t>Негизделген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жооп</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алуу</w:t>
      </w:r>
      <w:proofErr w:type="spellEnd"/>
      <w:r>
        <w:rPr>
          <w:rFonts w:ascii="Times New Roman" w:hAnsi="Times New Roman" w:cs="Times New Roman"/>
          <w:sz w:val="28"/>
          <w:szCs w:val="28"/>
          <w:lang w:val="ru-RU"/>
        </w:rPr>
        <w:t>.</w:t>
      </w:r>
    </w:p>
    <w:p w14:paraId="71E9C4BE" w14:textId="77777777" w:rsidR="00571B5B" w:rsidRDefault="00571B5B" w:rsidP="00571B5B">
      <w:pPr>
        <w:pStyle w:val="ae"/>
        <w:numPr>
          <w:ilvl w:val="0"/>
          <w:numId w:val="11"/>
        </w:numPr>
        <w:spacing w:after="0" w:line="240" w:lineRule="auto"/>
        <w:ind w:left="0" w:firstLine="360"/>
        <w:jc w:val="both"/>
        <w:rPr>
          <w:rFonts w:ascii="Times New Roman" w:hAnsi="Times New Roman" w:cs="Times New Roman"/>
          <w:sz w:val="28"/>
          <w:szCs w:val="28"/>
        </w:rPr>
      </w:pPr>
      <w:proofErr w:type="spellStart"/>
      <w:r>
        <w:rPr>
          <w:rFonts w:ascii="Times New Roman" w:hAnsi="Times New Roman" w:cs="Times New Roman"/>
          <w:sz w:val="28"/>
          <w:szCs w:val="28"/>
          <w:lang w:val="ru-RU"/>
        </w:rPr>
        <w:t>Чечимге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аракетке</w:t>
      </w:r>
      <w:proofErr w:type="spellEnd"/>
      <w:r>
        <w:rPr>
          <w:rFonts w:ascii="Times New Roman" w:hAnsi="Times New Roman" w:cs="Times New Roman"/>
          <w:sz w:val="28"/>
          <w:szCs w:val="28"/>
          <w:lang w:val="ru-RU"/>
        </w:rPr>
        <w:t xml:space="preserve"> же </w:t>
      </w:r>
      <w:proofErr w:type="spellStart"/>
      <w:r>
        <w:rPr>
          <w:rFonts w:ascii="Times New Roman" w:hAnsi="Times New Roman" w:cs="Times New Roman"/>
          <w:sz w:val="28"/>
          <w:szCs w:val="28"/>
          <w:lang w:val="ru-RU"/>
        </w:rPr>
        <w:t>аракетсиздикке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даттануу</w:t>
      </w:r>
      <w:proofErr w:type="spellEnd"/>
      <w:r>
        <w:rPr>
          <w:rFonts w:ascii="Times New Roman" w:hAnsi="Times New Roman" w:cs="Times New Roman"/>
          <w:sz w:val="28"/>
          <w:szCs w:val="28"/>
          <w:lang w:val="ru-RU"/>
        </w:rPr>
        <w:t>.</w:t>
      </w:r>
    </w:p>
    <w:p w14:paraId="4021D65D" w14:textId="605682EE" w:rsidR="008777B4" w:rsidRPr="00571B5B" w:rsidRDefault="000321B4" w:rsidP="00571B5B">
      <w:pPr>
        <w:pStyle w:val="ae"/>
        <w:numPr>
          <w:ilvl w:val="0"/>
          <w:numId w:val="11"/>
        </w:numPr>
        <w:spacing w:after="0" w:line="240" w:lineRule="auto"/>
        <w:ind w:left="0" w:firstLine="360"/>
        <w:jc w:val="both"/>
        <w:rPr>
          <w:rFonts w:ascii="Times New Roman" w:hAnsi="Times New Roman" w:cs="Times New Roman"/>
          <w:sz w:val="28"/>
          <w:szCs w:val="28"/>
        </w:rPr>
      </w:pPr>
      <w:proofErr w:type="spellStart"/>
      <w:r w:rsidRPr="00571B5B">
        <w:rPr>
          <w:rFonts w:ascii="Times New Roman" w:hAnsi="Times New Roman" w:cs="Times New Roman"/>
          <w:sz w:val="28"/>
          <w:szCs w:val="28"/>
        </w:rPr>
        <w:t>Кайрылууга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байланыштуу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жаранды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анын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жакындарын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куугунтуктоого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тыюу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салынат</w:t>
      </w:r>
      <w:proofErr w:type="spellEnd"/>
      <w:r w:rsidRPr="00571B5B">
        <w:rPr>
          <w:rFonts w:ascii="Times New Roman" w:hAnsi="Times New Roman" w:cs="Times New Roman"/>
          <w:sz w:val="28"/>
          <w:szCs w:val="28"/>
        </w:rPr>
        <w:t>.</w:t>
      </w:r>
    </w:p>
    <w:p w14:paraId="65770CC3" w14:textId="77777777" w:rsidR="00571B5B" w:rsidRDefault="00571B5B" w:rsidP="00E6757D">
      <w:pPr>
        <w:pStyle w:val="1"/>
        <w:spacing w:before="0" w:after="0" w:line="240" w:lineRule="auto"/>
        <w:rPr>
          <w:rFonts w:ascii="Times New Roman" w:eastAsia="Arial" w:hAnsi="Times New Roman" w:cs="Times New Roman"/>
        </w:rPr>
      </w:pPr>
    </w:p>
    <w:p w14:paraId="3A7C692F" w14:textId="2566BB25" w:rsidR="00571B5B" w:rsidRPr="00571B5B" w:rsidRDefault="00571B5B" w:rsidP="00571B5B">
      <w:pPr>
        <w:spacing w:after="0" w:line="240" w:lineRule="auto"/>
        <w:jc w:val="center"/>
        <w:rPr>
          <w:rFonts w:ascii="Times New Roman" w:hAnsi="Times New Roman" w:cs="Times New Roman"/>
          <w:b/>
          <w:bCs/>
          <w:sz w:val="28"/>
          <w:szCs w:val="28"/>
        </w:rPr>
      </w:pPr>
      <w:proofErr w:type="spellStart"/>
      <w:r w:rsidRPr="00571B5B">
        <w:rPr>
          <w:rFonts w:ascii="Times New Roman" w:hAnsi="Times New Roman" w:cs="Times New Roman"/>
          <w:b/>
          <w:bCs/>
          <w:sz w:val="28"/>
          <w:szCs w:val="28"/>
        </w:rPr>
        <w:t>Маалымат</w:t>
      </w:r>
      <w:proofErr w:type="spellEnd"/>
      <w:r w:rsidRPr="00571B5B">
        <w:rPr>
          <w:rFonts w:ascii="Times New Roman" w:hAnsi="Times New Roman" w:cs="Times New Roman"/>
          <w:b/>
          <w:bCs/>
          <w:sz w:val="28"/>
          <w:szCs w:val="28"/>
        </w:rPr>
        <w:t xml:space="preserve"> </w:t>
      </w:r>
      <w:proofErr w:type="spellStart"/>
      <w:r w:rsidRPr="00571B5B">
        <w:rPr>
          <w:rFonts w:ascii="Times New Roman" w:hAnsi="Times New Roman" w:cs="Times New Roman"/>
          <w:b/>
          <w:bCs/>
          <w:sz w:val="28"/>
          <w:szCs w:val="28"/>
        </w:rPr>
        <w:t>алуу</w:t>
      </w:r>
      <w:proofErr w:type="spellEnd"/>
      <w:r w:rsidRPr="00571B5B">
        <w:rPr>
          <w:rFonts w:ascii="Times New Roman" w:hAnsi="Times New Roman" w:cs="Times New Roman"/>
          <w:b/>
          <w:bCs/>
          <w:sz w:val="28"/>
          <w:szCs w:val="28"/>
        </w:rPr>
        <w:t xml:space="preserve"> </w:t>
      </w:r>
      <w:proofErr w:type="spellStart"/>
      <w:r w:rsidRPr="00571B5B">
        <w:rPr>
          <w:rFonts w:ascii="Times New Roman" w:hAnsi="Times New Roman" w:cs="Times New Roman"/>
          <w:b/>
          <w:bCs/>
          <w:sz w:val="28"/>
          <w:szCs w:val="28"/>
        </w:rPr>
        <w:t>үчүн</w:t>
      </w:r>
      <w:proofErr w:type="spellEnd"/>
      <w:r w:rsidRPr="00571B5B">
        <w:rPr>
          <w:rFonts w:ascii="Times New Roman" w:hAnsi="Times New Roman" w:cs="Times New Roman"/>
          <w:b/>
          <w:bCs/>
          <w:sz w:val="28"/>
          <w:szCs w:val="28"/>
        </w:rPr>
        <w:t xml:space="preserve"> </w:t>
      </w:r>
      <w:proofErr w:type="spellStart"/>
      <w:r w:rsidRPr="00571B5B">
        <w:rPr>
          <w:rFonts w:ascii="Times New Roman" w:hAnsi="Times New Roman" w:cs="Times New Roman"/>
          <w:b/>
          <w:bCs/>
          <w:sz w:val="28"/>
          <w:szCs w:val="28"/>
        </w:rPr>
        <w:t>суроо-талап</w:t>
      </w:r>
      <w:proofErr w:type="spellEnd"/>
    </w:p>
    <w:p w14:paraId="6D8CB390" w14:textId="7F174343" w:rsidR="008777B4" w:rsidRPr="00571B5B" w:rsidRDefault="000321B4" w:rsidP="00571B5B">
      <w:pPr>
        <w:spacing w:after="0" w:line="240" w:lineRule="auto"/>
        <w:ind w:firstLine="709"/>
        <w:jc w:val="both"/>
        <w:rPr>
          <w:rFonts w:ascii="Times New Roman" w:hAnsi="Times New Roman" w:cs="Times New Roman"/>
          <w:sz w:val="28"/>
          <w:szCs w:val="28"/>
        </w:rPr>
      </w:pPr>
      <w:proofErr w:type="spellStart"/>
      <w:r w:rsidRPr="00571B5B">
        <w:rPr>
          <w:rFonts w:ascii="Times New Roman" w:hAnsi="Times New Roman" w:cs="Times New Roman"/>
          <w:sz w:val="28"/>
          <w:szCs w:val="28"/>
        </w:rPr>
        <w:t>Министрликте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бар</w:t>
      </w:r>
      <w:proofErr w:type="spellEnd"/>
      <w:r w:rsidRPr="00571B5B">
        <w:rPr>
          <w:rFonts w:ascii="Times New Roman" w:hAnsi="Times New Roman" w:cs="Times New Roman"/>
          <w:sz w:val="28"/>
          <w:szCs w:val="28"/>
        </w:rPr>
        <w:t xml:space="preserve"> болгон </w:t>
      </w:r>
      <w:proofErr w:type="spellStart"/>
      <w:r w:rsidRPr="00571B5B">
        <w:rPr>
          <w:rFonts w:ascii="Times New Roman" w:hAnsi="Times New Roman" w:cs="Times New Roman"/>
          <w:sz w:val="28"/>
          <w:szCs w:val="28"/>
        </w:rPr>
        <w:t>документ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маалымат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керек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болгондо</w:t>
      </w:r>
      <w:proofErr w:type="spellEnd"/>
      <w:r w:rsidRPr="00571B5B">
        <w:rPr>
          <w:rFonts w:ascii="Times New Roman" w:hAnsi="Times New Roman" w:cs="Times New Roman"/>
          <w:sz w:val="28"/>
          <w:szCs w:val="28"/>
        </w:rPr>
        <w:t xml:space="preserve"> № 217 </w:t>
      </w:r>
      <w:proofErr w:type="spellStart"/>
      <w:r w:rsidRPr="00571B5B">
        <w:rPr>
          <w:rFonts w:ascii="Times New Roman" w:hAnsi="Times New Roman" w:cs="Times New Roman"/>
          <w:sz w:val="28"/>
          <w:szCs w:val="28"/>
        </w:rPr>
        <w:t>Мыйзамды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колдонуңуз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актынын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көчүрмөсү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реестрдин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маалыматтары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статистика</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отчет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чечим</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ачык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бөлүктөгү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материалдар</w:t>
      </w:r>
      <w:proofErr w:type="spellEnd"/>
      <w:r w:rsidRPr="00571B5B">
        <w:rPr>
          <w:rFonts w:ascii="Times New Roman" w:hAnsi="Times New Roman" w:cs="Times New Roman"/>
          <w:sz w:val="28"/>
          <w:szCs w:val="28"/>
        </w:rPr>
        <w:t>.</w:t>
      </w:r>
    </w:p>
    <w:p w14:paraId="208F0C70" w14:textId="77777777" w:rsidR="00571B5B" w:rsidRPr="00C72932" w:rsidRDefault="00571B5B" w:rsidP="00571B5B">
      <w:pPr>
        <w:spacing w:after="0" w:line="240" w:lineRule="auto"/>
        <w:ind w:firstLine="709"/>
        <w:jc w:val="both"/>
        <w:rPr>
          <w:rFonts w:ascii="Times New Roman" w:hAnsi="Times New Roman" w:cs="Times New Roman"/>
          <w:b/>
          <w:bCs/>
          <w:sz w:val="28"/>
          <w:szCs w:val="28"/>
          <w:lang w:val="ru-RU"/>
        </w:rPr>
      </w:pPr>
      <w:proofErr w:type="spellStart"/>
      <w:r w:rsidRPr="00C72932">
        <w:rPr>
          <w:rFonts w:ascii="Times New Roman" w:hAnsi="Times New Roman" w:cs="Times New Roman"/>
          <w:b/>
          <w:bCs/>
          <w:sz w:val="28"/>
          <w:szCs w:val="28"/>
        </w:rPr>
        <w:t>Алгоритм</w:t>
      </w:r>
      <w:proofErr w:type="spellEnd"/>
      <w:r w:rsidRPr="00C72932">
        <w:rPr>
          <w:rFonts w:ascii="Times New Roman" w:hAnsi="Times New Roman" w:cs="Times New Roman"/>
          <w:b/>
          <w:bCs/>
          <w:sz w:val="28"/>
          <w:szCs w:val="28"/>
          <w:lang w:val="ru-RU"/>
        </w:rPr>
        <w:t>:</w:t>
      </w:r>
    </w:p>
    <w:p w14:paraId="0242A6B1" w14:textId="77777777" w:rsidR="00571B5B" w:rsidRPr="00571B5B" w:rsidRDefault="000321B4" w:rsidP="00571B5B">
      <w:pPr>
        <w:pStyle w:val="ae"/>
        <w:numPr>
          <w:ilvl w:val="0"/>
          <w:numId w:val="12"/>
        </w:numPr>
        <w:spacing w:after="0" w:line="240" w:lineRule="auto"/>
        <w:ind w:left="0" w:firstLine="360"/>
        <w:jc w:val="both"/>
        <w:rPr>
          <w:rFonts w:ascii="Times New Roman" w:hAnsi="Times New Roman" w:cs="Times New Roman"/>
          <w:sz w:val="28"/>
          <w:szCs w:val="28"/>
          <w:lang w:val="ru-RU"/>
        </w:rPr>
      </w:pPr>
      <w:r w:rsidRPr="00571B5B">
        <w:rPr>
          <w:rFonts w:ascii="Times New Roman" w:hAnsi="Times New Roman" w:cs="Times New Roman"/>
          <w:sz w:val="28"/>
          <w:szCs w:val="28"/>
        </w:rPr>
        <w:t xml:space="preserve">Маалыматты </w:t>
      </w:r>
      <w:proofErr w:type="spellStart"/>
      <w:r w:rsidRPr="00571B5B">
        <w:rPr>
          <w:rFonts w:ascii="Times New Roman" w:hAnsi="Times New Roman" w:cs="Times New Roman"/>
          <w:sz w:val="28"/>
          <w:szCs w:val="28"/>
        </w:rPr>
        <w:t>так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сүрөттөп</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жазыңыз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документтин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аталышы</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мезгил</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объект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формат</w:t>
      </w:r>
      <w:proofErr w:type="spellEnd"/>
      <w:r w:rsidRPr="00571B5B">
        <w:rPr>
          <w:rFonts w:ascii="Times New Roman" w:hAnsi="Times New Roman" w:cs="Times New Roman"/>
          <w:sz w:val="28"/>
          <w:szCs w:val="28"/>
        </w:rPr>
        <w:t xml:space="preserve"> жана </w:t>
      </w:r>
      <w:proofErr w:type="spellStart"/>
      <w:r w:rsidRPr="00571B5B">
        <w:rPr>
          <w:rFonts w:ascii="Times New Roman" w:hAnsi="Times New Roman" w:cs="Times New Roman"/>
          <w:sz w:val="28"/>
          <w:szCs w:val="28"/>
        </w:rPr>
        <w:t>алуунун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сизге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ыңгайлуу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жолу</w:t>
      </w:r>
      <w:proofErr w:type="spellEnd"/>
      <w:r w:rsidRPr="00571B5B">
        <w:rPr>
          <w:rFonts w:ascii="Times New Roman" w:hAnsi="Times New Roman" w:cs="Times New Roman"/>
          <w:sz w:val="28"/>
          <w:szCs w:val="28"/>
        </w:rPr>
        <w:t>.</w:t>
      </w:r>
    </w:p>
    <w:p w14:paraId="546E9DA1"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571B5B">
        <w:rPr>
          <w:rFonts w:ascii="Times New Roman" w:hAnsi="Times New Roman" w:cs="Times New Roman"/>
          <w:sz w:val="28"/>
          <w:szCs w:val="28"/>
        </w:rPr>
        <w:t>Байланыш</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маалыматтарын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көрсөтүңүз</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Ыңгайлуу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болсо</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электрондук</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көчүрмөнү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активдүү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шилтемени</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жөнөтүүнү</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сураңыз</w:t>
      </w:r>
      <w:proofErr w:type="spellEnd"/>
      <w:r w:rsidRPr="00571B5B">
        <w:rPr>
          <w:rFonts w:ascii="Times New Roman" w:hAnsi="Times New Roman" w:cs="Times New Roman"/>
          <w:sz w:val="28"/>
          <w:szCs w:val="28"/>
        </w:rPr>
        <w:t>.</w:t>
      </w:r>
    </w:p>
    <w:p w14:paraId="28308A1A"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C72932">
        <w:rPr>
          <w:rFonts w:ascii="Times New Roman" w:hAnsi="Times New Roman" w:cs="Times New Roman"/>
          <w:sz w:val="28"/>
          <w:szCs w:val="28"/>
        </w:rPr>
        <w:t>Суроо-талап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келип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түшкөн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катталат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Кааласаңыз</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каттоо</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номерин</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датасын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сураңыз</w:t>
      </w:r>
      <w:proofErr w:type="spellEnd"/>
      <w:r w:rsidRPr="00C72932">
        <w:rPr>
          <w:rFonts w:ascii="Times New Roman" w:hAnsi="Times New Roman" w:cs="Times New Roman"/>
          <w:sz w:val="28"/>
          <w:szCs w:val="28"/>
        </w:rPr>
        <w:t>.</w:t>
      </w:r>
    </w:p>
    <w:p w14:paraId="5C326BE0"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C72932">
        <w:rPr>
          <w:rFonts w:ascii="Times New Roman" w:hAnsi="Times New Roman" w:cs="Times New Roman"/>
          <w:sz w:val="28"/>
          <w:szCs w:val="28"/>
        </w:rPr>
        <w:t>Жооп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толук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болуп</w:t>
      </w:r>
      <w:proofErr w:type="spellEnd"/>
      <w:r w:rsidRPr="00C72932">
        <w:rPr>
          <w:rFonts w:ascii="Times New Roman" w:hAnsi="Times New Roman" w:cs="Times New Roman"/>
          <w:sz w:val="28"/>
          <w:szCs w:val="28"/>
        </w:rPr>
        <w:t xml:space="preserve">, 10 </w:t>
      </w:r>
      <w:proofErr w:type="spellStart"/>
      <w:r w:rsidRPr="00C72932">
        <w:rPr>
          <w:rFonts w:ascii="Times New Roman" w:hAnsi="Times New Roman" w:cs="Times New Roman"/>
          <w:sz w:val="28"/>
          <w:szCs w:val="28"/>
        </w:rPr>
        <w:t>жумуш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күнүнөн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кечиктирилбестен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берилүүгө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тийиш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Суралган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маалыматтын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көлөмү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чоң</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болгондо</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үчүнчү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жактар</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менен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макулдашуу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талап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кылынганда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мөөнөт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дагы</w:t>
      </w:r>
      <w:proofErr w:type="spellEnd"/>
      <w:r w:rsidRPr="00C72932">
        <w:rPr>
          <w:rFonts w:ascii="Times New Roman" w:hAnsi="Times New Roman" w:cs="Times New Roman"/>
          <w:sz w:val="28"/>
          <w:szCs w:val="28"/>
        </w:rPr>
        <w:t xml:space="preserve"> 10 </w:t>
      </w:r>
      <w:proofErr w:type="spellStart"/>
      <w:r w:rsidRPr="00C72932">
        <w:rPr>
          <w:rFonts w:ascii="Times New Roman" w:hAnsi="Times New Roman" w:cs="Times New Roman"/>
          <w:sz w:val="28"/>
          <w:szCs w:val="28"/>
        </w:rPr>
        <w:t>жумуш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күнүнө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чейин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узартылышы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мүмкүн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бирок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билдирүү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баштапкы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мөөнөт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аяктаганга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чейин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жөнөтүлөт</w:t>
      </w:r>
      <w:proofErr w:type="spellEnd"/>
      <w:r w:rsidRPr="00C72932">
        <w:rPr>
          <w:rFonts w:ascii="Times New Roman" w:hAnsi="Times New Roman" w:cs="Times New Roman"/>
          <w:sz w:val="28"/>
          <w:szCs w:val="28"/>
        </w:rPr>
        <w:t>.</w:t>
      </w:r>
    </w:p>
    <w:p w14:paraId="307D4917"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C72932">
        <w:rPr>
          <w:rFonts w:ascii="Times New Roman" w:hAnsi="Times New Roman" w:cs="Times New Roman"/>
          <w:sz w:val="28"/>
          <w:szCs w:val="28"/>
        </w:rPr>
        <w:t>Эгер</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маалымат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башка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маалымат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ээсинде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болсо</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суроо-талап</w:t>
      </w:r>
      <w:proofErr w:type="spellEnd"/>
      <w:r w:rsidRPr="00C72932">
        <w:rPr>
          <w:rFonts w:ascii="Times New Roman" w:hAnsi="Times New Roman" w:cs="Times New Roman"/>
          <w:sz w:val="28"/>
          <w:szCs w:val="28"/>
        </w:rPr>
        <w:t xml:space="preserve"> 3 </w:t>
      </w:r>
      <w:proofErr w:type="spellStart"/>
      <w:r w:rsidRPr="00C72932">
        <w:rPr>
          <w:rFonts w:ascii="Times New Roman" w:hAnsi="Times New Roman" w:cs="Times New Roman"/>
          <w:sz w:val="28"/>
          <w:szCs w:val="28"/>
        </w:rPr>
        <w:t>жумуш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күнүнүн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ичинде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кайра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жөнөтүлүп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арыз</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ээсине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билдирилет</w:t>
      </w:r>
      <w:proofErr w:type="spellEnd"/>
      <w:r w:rsidRPr="00C72932">
        <w:rPr>
          <w:rFonts w:ascii="Times New Roman" w:hAnsi="Times New Roman" w:cs="Times New Roman"/>
          <w:sz w:val="28"/>
          <w:szCs w:val="28"/>
        </w:rPr>
        <w:t>.</w:t>
      </w:r>
    </w:p>
    <w:p w14:paraId="6E1B86C3"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C72932">
        <w:rPr>
          <w:rFonts w:ascii="Times New Roman" w:hAnsi="Times New Roman" w:cs="Times New Roman"/>
          <w:sz w:val="28"/>
          <w:szCs w:val="28"/>
        </w:rPr>
        <w:t>Жоопту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даярдоо</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акысыз</w:t>
      </w:r>
      <w:proofErr w:type="spellEnd"/>
      <w:r w:rsidRPr="00C72932">
        <w:rPr>
          <w:rFonts w:ascii="Times New Roman" w:hAnsi="Times New Roman" w:cs="Times New Roman"/>
          <w:sz w:val="28"/>
          <w:szCs w:val="28"/>
        </w:rPr>
        <w:t xml:space="preserve">; 15 </w:t>
      </w:r>
      <w:proofErr w:type="spellStart"/>
      <w:r w:rsidRPr="00C72932">
        <w:rPr>
          <w:rFonts w:ascii="Times New Roman" w:hAnsi="Times New Roman" w:cs="Times New Roman"/>
          <w:sz w:val="28"/>
          <w:szCs w:val="28"/>
        </w:rPr>
        <w:t>беттен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ашык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көчүрмө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үчүн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өздүк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нарктын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чегинде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алынышы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мүмкүн</w:t>
      </w:r>
      <w:proofErr w:type="spellEnd"/>
      <w:r w:rsidRPr="00C72932">
        <w:rPr>
          <w:rFonts w:ascii="Times New Roman" w:hAnsi="Times New Roman" w:cs="Times New Roman"/>
          <w:sz w:val="28"/>
          <w:szCs w:val="28"/>
        </w:rPr>
        <w:t>.</w:t>
      </w:r>
    </w:p>
    <w:p w14:paraId="084BB31C" w14:textId="77777777" w:rsidR="00C72932" w:rsidRPr="00C72932" w:rsidRDefault="000321B4" w:rsidP="00C72932">
      <w:pPr>
        <w:pStyle w:val="ae"/>
        <w:numPr>
          <w:ilvl w:val="0"/>
          <w:numId w:val="12"/>
        </w:numPr>
        <w:spacing w:after="0" w:line="240" w:lineRule="auto"/>
        <w:ind w:left="0" w:firstLine="360"/>
        <w:jc w:val="both"/>
        <w:rPr>
          <w:rFonts w:ascii="Times New Roman" w:hAnsi="Times New Roman" w:cs="Times New Roman"/>
          <w:sz w:val="28"/>
          <w:szCs w:val="28"/>
          <w:lang w:val="ru-RU"/>
        </w:rPr>
      </w:pPr>
      <w:proofErr w:type="spellStart"/>
      <w:r w:rsidRPr="00C72932">
        <w:rPr>
          <w:rFonts w:ascii="Times New Roman" w:hAnsi="Times New Roman" w:cs="Times New Roman"/>
          <w:sz w:val="28"/>
          <w:szCs w:val="28"/>
        </w:rPr>
        <w:lastRenderedPageBreak/>
        <w:t>Мөөнөтүндө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жооп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берилбесе</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узартуу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тууралуу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билдирүү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болбосо</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бул</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баш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тартуу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деп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эсептелет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Даттанууну</w:t>
      </w:r>
      <w:proofErr w:type="spellEnd"/>
      <w:r w:rsidRPr="00C72932">
        <w:rPr>
          <w:rFonts w:ascii="Times New Roman" w:hAnsi="Times New Roman" w:cs="Times New Roman"/>
          <w:sz w:val="28"/>
          <w:szCs w:val="28"/>
        </w:rPr>
        <w:t xml:space="preserve"> 30 </w:t>
      </w:r>
      <w:proofErr w:type="spellStart"/>
      <w:r w:rsidRPr="00C72932">
        <w:rPr>
          <w:rFonts w:ascii="Times New Roman" w:hAnsi="Times New Roman" w:cs="Times New Roman"/>
          <w:sz w:val="28"/>
          <w:szCs w:val="28"/>
        </w:rPr>
        <w:t>календардык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күндүн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ичинде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берүүгө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болот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ал</w:t>
      </w:r>
      <w:proofErr w:type="spellEnd"/>
      <w:r w:rsidRPr="00C72932">
        <w:rPr>
          <w:rFonts w:ascii="Times New Roman" w:hAnsi="Times New Roman" w:cs="Times New Roman"/>
          <w:sz w:val="28"/>
          <w:szCs w:val="28"/>
        </w:rPr>
        <w:t xml:space="preserve"> 15 </w:t>
      </w:r>
      <w:proofErr w:type="spellStart"/>
      <w:r w:rsidRPr="00C72932">
        <w:rPr>
          <w:rFonts w:ascii="Times New Roman" w:hAnsi="Times New Roman" w:cs="Times New Roman"/>
          <w:sz w:val="28"/>
          <w:szCs w:val="28"/>
        </w:rPr>
        <w:t>жумуш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күнүнөн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кечиктирилбестен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каралат</w:t>
      </w:r>
      <w:proofErr w:type="spellEnd"/>
      <w:r w:rsidRPr="00C72932">
        <w:rPr>
          <w:rFonts w:ascii="Times New Roman" w:hAnsi="Times New Roman" w:cs="Times New Roman"/>
          <w:sz w:val="28"/>
          <w:szCs w:val="28"/>
        </w:rPr>
        <w:t>.</w:t>
      </w:r>
    </w:p>
    <w:p w14:paraId="6D0E6644" w14:textId="3B194DF8" w:rsidR="008777B4" w:rsidRDefault="000321B4" w:rsidP="00C72932">
      <w:pPr>
        <w:spacing w:after="0" w:line="240" w:lineRule="auto"/>
        <w:ind w:firstLine="709"/>
        <w:jc w:val="both"/>
        <w:rPr>
          <w:rFonts w:ascii="Times New Roman" w:hAnsi="Times New Roman" w:cs="Times New Roman"/>
          <w:sz w:val="28"/>
          <w:szCs w:val="28"/>
        </w:rPr>
      </w:pPr>
      <w:proofErr w:type="spellStart"/>
      <w:r w:rsidRPr="00C72932">
        <w:rPr>
          <w:rFonts w:ascii="Times New Roman" w:hAnsi="Times New Roman" w:cs="Times New Roman"/>
          <w:b/>
          <w:sz w:val="28"/>
          <w:szCs w:val="28"/>
        </w:rPr>
        <w:t>Арыз</w:t>
      </w:r>
      <w:proofErr w:type="spellEnd"/>
      <w:r w:rsidRPr="00C72932">
        <w:rPr>
          <w:rFonts w:ascii="Times New Roman" w:hAnsi="Times New Roman" w:cs="Times New Roman"/>
          <w:b/>
          <w:sz w:val="28"/>
          <w:szCs w:val="28"/>
        </w:rPr>
        <w:t xml:space="preserve"> </w:t>
      </w:r>
      <w:proofErr w:type="spellStart"/>
      <w:r w:rsidRPr="00C72932">
        <w:rPr>
          <w:rFonts w:ascii="Times New Roman" w:hAnsi="Times New Roman" w:cs="Times New Roman"/>
          <w:b/>
          <w:sz w:val="28"/>
          <w:szCs w:val="28"/>
        </w:rPr>
        <w:t>ээсинин</w:t>
      </w:r>
      <w:proofErr w:type="spellEnd"/>
      <w:r w:rsidRPr="00C72932">
        <w:rPr>
          <w:rFonts w:ascii="Times New Roman" w:hAnsi="Times New Roman" w:cs="Times New Roman"/>
          <w:b/>
          <w:sz w:val="28"/>
          <w:szCs w:val="28"/>
        </w:rPr>
        <w:t xml:space="preserve"> </w:t>
      </w:r>
      <w:proofErr w:type="spellStart"/>
      <w:r w:rsidRPr="00C72932">
        <w:rPr>
          <w:rFonts w:ascii="Times New Roman" w:hAnsi="Times New Roman" w:cs="Times New Roman"/>
          <w:b/>
          <w:sz w:val="28"/>
          <w:szCs w:val="28"/>
        </w:rPr>
        <w:t>тандоосу</w:t>
      </w:r>
      <w:proofErr w:type="spellEnd"/>
      <w:r w:rsidRPr="00C72932">
        <w:rPr>
          <w:rFonts w:ascii="Times New Roman" w:hAnsi="Times New Roman" w:cs="Times New Roman"/>
          <w:b/>
          <w:sz w:val="28"/>
          <w:szCs w:val="28"/>
        </w:rPr>
        <w:t xml:space="preserve"> боюнча </w:t>
      </w:r>
      <w:proofErr w:type="spellStart"/>
      <w:r w:rsidRPr="00C72932">
        <w:rPr>
          <w:rFonts w:ascii="Times New Roman" w:hAnsi="Times New Roman" w:cs="Times New Roman"/>
          <w:b/>
          <w:sz w:val="28"/>
          <w:szCs w:val="28"/>
        </w:rPr>
        <w:t>даттануу</w:t>
      </w:r>
      <w:proofErr w:type="spellEnd"/>
      <w:r w:rsidRPr="00C72932">
        <w:rPr>
          <w:rFonts w:ascii="Times New Roman" w:hAnsi="Times New Roman" w:cs="Times New Roman"/>
          <w:b/>
          <w:sz w:val="28"/>
          <w:szCs w:val="28"/>
        </w:rPr>
        <w:t xml:space="preserve"> </w:t>
      </w:r>
      <w:proofErr w:type="spellStart"/>
      <w:r w:rsidRPr="00C72932">
        <w:rPr>
          <w:rFonts w:ascii="Times New Roman" w:hAnsi="Times New Roman" w:cs="Times New Roman"/>
          <w:b/>
          <w:sz w:val="28"/>
          <w:szCs w:val="28"/>
        </w:rPr>
        <w:t>жолдору</w:t>
      </w:r>
      <w:proofErr w:type="spellEnd"/>
      <w:r w:rsidRPr="00C72932">
        <w:rPr>
          <w:rFonts w:ascii="Times New Roman" w:hAnsi="Times New Roman" w:cs="Times New Roman"/>
          <w:b/>
          <w:sz w:val="28"/>
          <w:szCs w:val="28"/>
        </w:rPr>
        <w:t>:</w:t>
      </w:r>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жогору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турган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орган</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же</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кызмат</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адамы</w:t>
      </w:r>
      <w:proofErr w:type="spellEnd"/>
      <w:r w:rsidRPr="00571B5B">
        <w:rPr>
          <w:rFonts w:ascii="Times New Roman" w:hAnsi="Times New Roman" w:cs="Times New Roman"/>
          <w:sz w:val="28"/>
          <w:szCs w:val="28"/>
        </w:rPr>
        <w:t xml:space="preserve">, Кыргыз Республикасынын Акыйкатчысы (Омбудсмени) же сот. Баш тартуу жөнүндө жоопто мыйзамдын конкреттүү нормаларына шилтемелер жана </w:t>
      </w:r>
      <w:proofErr w:type="spellStart"/>
      <w:r w:rsidRPr="00571B5B">
        <w:rPr>
          <w:rFonts w:ascii="Times New Roman" w:hAnsi="Times New Roman" w:cs="Times New Roman"/>
          <w:sz w:val="28"/>
          <w:szCs w:val="28"/>
        </w:rPr>
        <w:t>даттануу</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тартиби</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түшүндүрүлүүгө</w:t>
      </w:r>
      <w:proofErr w:type="spellEnd"/>
      <w:r w:rsidRPr="00571B5B">
        <w:rPr>
          <w:rFonts w:ascii="Times New Roman" w:hAnsi="Times New Roman" w:cs="Times New Roman"/>
          <w:sz w:val="28"/>
          <w:szCs w:val="28"/>
        </w:rPr>
        <w:t xml:space="preserve"> </w:t>
      </w:r>
      <w:proofErr w:type="spellStart"/>
      <w:r w:rsidRPr="00571B5B">
        <w:rPr>
          <w:rFonts w:ascii="Times New Roman" w:hAnsi="Times New Roman" w:cs="Times New Roman"/>
          <w:sz w:val="28"/>
          <w:szCs w:val="28"/>
        </w:rPr>
        <w:t>тийиш</w:t>
      </w:r>
      <w:proofErr w:type="spellEnd"/>
      <w:r w:rsidRPr="00571B5B">
        <w:rPr>
          <w:rFonts w:ascii="Times New Roman" w:hAnsi="Times New Roman" w:cs="Times New Roman"/>
          <w:sz w:val="28"/>
          <w:szCs w:val="28"/>
        </w:rPr>
        <w:t>.</w:t>
      </w:r>
    </w:p>
    <w:p w14:paraId="54D0E6D4" w14:textId="6D3434A5" w:rsidR="00C72932" w:rsidRDefault="00C72932" w:rsidP="00C72932">
      <w:pPr>
        <w:spacing w:after="0" w:line="240" w:lineRule="auto"/>
        <w:ind w:firstLine="709"/>
        <w:jc w:val="both"/>
        <w:rPr>
          <w:rFonts w:ascii="Times New Roman" w:hAnsi="Times New Roman" w:cs="Times New Roman"/>
          <w:sz w:val="28"/>
          <w:szCs w:val="28"/>
        </w:rPr>
      </w:pPr>
    </w:p>
    <w:p w14:paraId="06D491C9" w14:textId="0C83BB9F" w:rsidR="00C72932" w:rsidRPr="00C72932" w:rsidRDefault="00C72932" w:rsidP="00C72932">
      <w:pPr>
        <w:spacing w:after="0" w:line="240" w:lineRule="auto"/>
        <w:ind w:firstLine="709"/>
        <w:jc w:val="center"/>
        <w:rPr>
          <w:rFonts w:ascii="Times New Roman" w:hAnsi="Times New Roman" w:cs="Times New Roman"/>
          <w:b/>
          <w:bCs/>
          <w:sz w:val="28"/>
          <w:szCs w:val="28"/>
          <w:lang w:val="ru-RU"/>
        </w:rPr>
      </w:pPr>
      <w:r w:rsidRPr="00C72932">
        <w:rPr>
          <w:rFonts w:ascii="Times New Roman" w:hAnsi="Times New Roman" w:cs="Times New Roman"/>
          <w:b/>
          <w:bCs/>
          <w:sz w:val="28"/>
          <w:szCs w:val="28"/>
          <w:lang w:val="ru-RU"/>
        </w:rPr>
        <w:t>Административдик кызмат көрсөтүүлөр жана чечимдер</w:t>
      </w:r>
    </w:p>
    <w:p w14:paraId="5C761D7C" w14:textId="74A9C5CB" w:rsidR="008777B4" w:rsidRDefault="000321B4" w:rsidP="00C72932">
      <w:pPr>
        <w:spacing w:after="0" w:line="240" w:lineRule="auto"/>
        <w:ind w:firstLine="709"/>
        <w:jc w:val="both"/>
        <w:rPr>
          <w:rFonts w:ascii="Times New Roman" w:hAnsi="Times New Roman" w:cs="Times New Roman"/>
          <w:sz w:val="28"/>
          <w:szCs w:val="28"/>
        </w:rPr>
      </w:pPr>
      <w:r w:rsidRPr="00C72932">
        <w:rPr>
          <w:rFonts w:ascii="Times New Roman" w:hAnsi="Times New Roman" w:cs="Times New Roman"/>
          <w:sz w:val="28"/>
          <w:szCs w:val="28"/>
        </w:rPr>
        <w:t xml:space="preserve">Лицензиялар, уруксаттар, экспертизанын корутундулары жана башка жеке мүнөздөгү чечимдер административдик жол-жобонун алкагында кабыл алынат. </w:t>
      </w:r>
      <w:proofErr w:type="spellStart"/>
      <w:r w:rsidRPr="00C72932">
        <w:rPr>
          <w:rFonts w:ascii="Times New Roman" w:hAnsi="Times New Roman" w:cs="Times New Roman"/>
          <w:sz w:val="28"/>
          <w:szCs w:val="28"/>
        </w:rPr>
        <w:t>Жалпы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эң</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узак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мөөнөт</w:t>
      </w:r>
      <w:proofErr w:type="spellEnd"/>
      <w:r w:rsidRPr="00C72932">
        <w:rPr>
          <w:rFonts w:ascii="Times New Roman" w:hAnsi="Times New Roman" w:cs="Times New Roman"/>
          <w:sz w:val="28"/>
          <w:szCs w:val="28"/>
        </w:rPr>
        <w:t xml:space="preserve"> </w:t>
      </w:r>
      <w:r w:rsidR="00627AF7">
        <w:rPr>
          <w:rFonts w:ascii="Times New Roman" w:hAnsi="Times New Roman" w:cs="Times New Roman"/>
          <w:sz w:val="28"/>
          <w:szCs w:val="28"/>
        </w:rPr>
        <w:t>–</w:t>
      </w:r>
      <w:r w:rsidRPr="00C72932">
        <w:rPr>
          <w:rFonts w:ascii="Times New Roman" w:hAnsi="Times New Roman" w:cs="Times New Roman"/>
          <w:sz w:val="28"/>
          <w:szCs w:val="28"/>
        </w:rPr>
        <w:t xml:space="preserve"> 30 </w:t>
      </w:r>
      <w:proofErr w:type="spellStart"/>
      <w:r w:rsidRPr="00C72932">
        <w:rPr>
          <w:rFonts w:ascii="Times New Roman" w:hAnsi="Times New Roman" w:cs="Times New Roman"/>
          <w:sz w:val="28"/>
          <w:szCs w:val="28"/>
        </w:rPr>
        <w:t>жумуш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күнү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эгер</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атайын</w:t>
      </w:r>
      <w:proofErr w:type="spellEnd"/>
      <w:r w:rsidRPr="00C72932">
        <w:rPr>
          <w:rFonts w:ascii="Times New Roman" w:hAnsi="Times New Roman" w:cs="Times New Roman"/>
          <w:sz w:val="28"/>
          <w:szCs w:val="28"/>
        </w:rPr>
        <w:t xml:space="preserve"> мыйзам башка мөөнөттү белгилебесе. Лицензиялар жана уруксаттар үчүн ошондой эле № 195 </w:t>
      </w:r>
      <w:proofErr w:type="spellStart"/>
      <w:r w:rsidRPr="00C72932">
        <w:rPr>
          <w:rFonts w:ascii="Times New Roman" w:hAnsi="Times New Roman" w:cs="Times New Roman"/>
          <w:sz w:val="28"/>
          <w:szCs w:val="28"/>
        </w:rPr>
        <w:t>Мыйзам</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тармактык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актылар</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кызмат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көрсөтүүлөрдүн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стандарттары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колдонулат</w:t>
      </w:r>
      <w:proofErr w:type="spellEnd"/>
      <w:r w:rsidRPr="00C72932">
        <w:rPr>
          <w:rFonts w:ascii="Times New Roman" w:hAnsi="Times New Roman" w:cs="Times New Roman"/>
          <w:sz w:val="28"/>
          <w:szCs w:val="28"/>
        </w:rPr>
        <w:t>.</w:t>
      </w:r>
    </w:p>
    <w:p w14:paraId="00B6D4E5" w14:textId="77777777" w:rsidR="00C72932" w:rsidRPr="00C72932" w:rsidRDefault="00C72932" w:rsidP="00C72932">
      <w:pPr>
        <w:spacing w:after="0" w:line="240" w:lineRule="auto"/>
        <w:ind w:firstLine="709"/>
        <w:jc w:val="both"/>
        <w:rPr>
          <w:rFonts w:ascii="Times New Roman" w:hAnsi="Times New Roman" w:cs="Times New Roman"/>
          <w:b/>
          <w:bCs/>
          <w:sz w:val="28"/>
          <w:szCs w:val="28"/>
          <w:lang w:val="ru-RU"/>
        </w:rPr>
      </w:pPr>
      <w:r w:rsidRPr="00C72932">
        <w:rPr>
          <w:rFonts w:ascii="Times New Roman" w:hAnsi="Times New Roman" w:cs="Times New Roman"/>
          <w:b/>
          <w:bCs/>
          <w:sz w:val="28"/>
          <w:szCs w:val="28"/>
          <w:lang w:val="ru-RU"/>
        </w:rPr>
        <w:t>Арызды бергенге чейин:</w:t>
      </w:r>
    </w:p>
    <w:p w14:paraId="1DA4C1C6" w14:textId="77777777" w:rsidR="00C72932" w:rsidRDefault="000321B4" w:rsidP="00C72932">
      <w:pPr>
        <w:pStyle w:val="ae"/>
        <w:numPr>
          <w:ilvl w:val="0"/>
          <w:numId w:val="13"/>
        </w:numPr>
        <w:spacing w:after="0" w:line="240" w:lineRule="auto"/>
        <w:ind w:left="0" w:firstLine="360"/>
        <w:jc w:val="both"/>
        <w:rPr>
          <w:rFonts w:ascii="Times New Roman" w:hAnsi="Times New Roman" w:cs="Times New Roman"/>
          <w:sz w:val="28"/>
          <w:szCs w:val="28"/>
        </w:rPr>
      </w:pPr>
      <w:proofErr w:type="spellStart"/>
      <w:r w:rsidRPr="00C72932">
        <w:rPr>
          <w:rFonts w:ascii="Times New Roman" w:hAnsi="Times New Roman" w:cs="Times New Roman"/>
          <w:sz w:val="28"/>
          <w:szCs w:val="28"/>
        </w:rPr>
        <w:t>Бөлүмдүн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компетенциясын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кызмат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көрсөтүүнүн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аталышын</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документтердин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колдонуудагы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тизмесин</w:t>
      </w:r>
      <w:proofErr w:type="spellEnd"/>
      <w:r w:rsidRPr="00C72932">
        <w:rPr>
          <w:rFonts w:ascii="Times New Roman" w:hAnsi="Times New Roman" w:cs="Times New Roman"/>
          <w:sz w:val="28"/>
          <w:szCs w:val="28"/>
        </w:rPr>
        <w:t xml:space="preserve"> расмий </w:t>
      </w:r>
      <w:proofErr w:type="spellStart"/>
      <w:r w:rsidRPr="00C72932">
        <w:rPr>
          <w:rFonts w:ascii="Times New Roman" w:hAnsi="Times New Roman" w:cs="Times New Roman"/>
          <w:sz w:val="28"/>
          <w:szCs w:val="28"/>
        </w:rPr>
        <w:t>сайттан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электрондук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лицензиялар</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порталынан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кызмат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көрсөтүү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стандартынан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текшериңиз</w:t>
      </w:r>
      <w:proofErr w:type="spellEnd"/>
      <w:r w:rsidRPr="00C72932">
        <w:rPr>
          <w:rFonts w:ascii="Times New Roman" w:hAnsi="Times New Roman" w:cs="Times New Roman"/>
          <w:sz w:val="28"/>
          <w:szCs w:val="28"/>
        </w:rPr>
        <w:t>.</w:t>
      </w:r>
    </w:p>
    <w:p w14:paraId="51A9A1F1" w14:textId="77777777" w:rsidR="00C72932" w:rsidRDefault="000321B4" w:rsidP="00C72932">
      <w:pPr>
        <w:pStyle w:val="ae"/>
        <w:numPr>
          <w:ilvl w:val="0"/>
          <w:numId w:val="13"/>
        </w:numPr>
        <w:spacing w:after="0" w:line="240" w:lineRule="auto"/>
        <w:ind w:left="0" w:firstLine="360"/>
        <w:jc w:val="both"/>
        <w:rPr>
          <w:rFonts w:ascii="Times New Roman" w:hAnsi="Times New Roman" w:cs="Times New Roman"/>
          <w:sz w:val="28"/>
          <w:szCs w:val="28"/>
        </w:rPr>
      </w:pPr>
      <w:proofErr w:type="spellStart"/>
      <w:r w:rsidRPr="00C72932">
        <w:rPr>
          <w:rFonts w:ascii="Times New Roman" w:hAnsi="Times New Roman" w:cs="Times New Roman"/>
          <w:sz w:val="28"/>
          <w:szCs w:val="28"/>
        </w:rPr>
        <w:t>Ченемдик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тизмеде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жок</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документтерди</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бербеңиз</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Кошумча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талап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коюлса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норманы</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актынын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аталышын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беренени</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пунктту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көрсөтүүнү</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сураңыз</w:t>
      </w:r>
      <w:proofErr w:type="spellEnd"/>
      <w:r w:rsidRPr="00C72932">
        <w:rPr>
          <w:rFonts w:ascii="Times New Roman" w:hAnsi="Times New Roman" w:cs="Times New Roman"/>
          <w:sz w:val="28"/>
          <w:szCs w:val="28"/>
        </w:rPr>
        <w:t>.</w:t>
      </w:r>
    </w:p>
    <w:p w14:paraId="38421BBC" w14:textId="38488881" w:rsidR="008777B4" w:rsidRPr="00C72932" w:rsidRDefault="000321B4" w:rsidP="00C72932">
      <w:pPr>
        <w:pStyle w:val="ae"/>
        <w:numPr>
          <w:ilvl w:val="0"/>
          <w:numId w:val="13"/>
        </w:numPr>
        <w:spacing w:after="0" w:line="240" w:lineRule="auto"/>
        <w:ind w:left="0" w:firstLine="360"/>
        <w:jc w:val="both"/>
        <w:rPr>
          <w:rFonts w:ascii="Times New Roman" w:hAnsi="Times New Roman" w:cs="Times New Roman"/>
          <w:sz w:val="28"/>
          <w:szCs w:val="28"/>
        </w:rPr>
      </w:pPr>
      <w:proofErr w:type="spellStart"/>
      <w:r w:rsidRPr="00C72932">
        <w:rPr>
          <w:rFonts w:ascii="Times New Roman" w:hAnsi="Times New Roman" w:cs="Times New Roman"/>
          <w:sz w:val="28"/>
          <w:szCs w:val="28"/>
        </w:rPr>
        <w:t>Жыйымдарды</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төлөмдөрдү</w:t>
      </w:r>
      <w:proofErr w:type="spellEnd"/>
      <w:r w:rsidRPr="00C72932">
        <w:rPr>
          <w:rFonts w:ascii="Times New Roman" w:hAnsi="Times New Roman" w:cs="Times New Roman"/>
          <w:sz w:val="28"/>
          <w:szCs w:val="28"/>
        </w:rPr>
        <w:t xml:space="preserve"> расмий </w:t>
      </w:r>
      <w:proofErr w:type="spellStart"/>
      <w:r w:rsidRPr="00C72932">
        <w:rPr>
          <w:rFonts w:ascii="Times New Roman" w:hAnsi="Times New Roman" w:cs="Times New Roman"/>
          <w:sz w:val="28"/>
          <w:szCs w:val="28"/>
        </w:rPr>
        <w:t>жол</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менен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гана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төлөп</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чекти</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сактаңыз</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Жеке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картага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акча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которууга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же</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кызмат</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адамына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накталай</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акча</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берүүгө</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жол</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берилбейт</w:t>
      </w:r>
      <w:proofErr w:type="spellEnd"/>
      <w:r w:rsidRPr="00C72932">
        <w:rPr>
          <w:rFonts w:ascii="Times New Roman" w:hAnsi="Times New Roman" w:cs="Times New Roman"/>
          <w:sz w:val="28"/>
          <w:szCs w:val="28"/>
        </w:rPr>
        <w:t>.</w:t>
      </w:r>
    </w:p>
    <w:p w14:paraId="1D2B868E" w14:textId="77777777" w:rsidR="00C72932" w:rsidRDefault="00C72932" w:rsidP="00C72932">
      <w:pPr>
        <w:pStyle w:val="a0"/>
        <w:numPr>
          <w:ilvl w:val="0"/>
          <w:numId w:val="0"/>
        </w:numPr>
        <w:spacing w:after="0" w:line="240" w:lineRule="auto"/>
        <w:ind w:firstLine="709"/>
        <w:jc w:val="both"/>
        <w:rPr>
          <w:rFonts w:ascii="Times New Roman" w:hAnsi="Times New Roman" w:cs="Times New Roman"/>
          <w:b/>
          <w:bCs/>
          <w:sz w:val="28"/>
          <w:szCs w:val="28"/>
          <w:lang w:val="ru-RU"/>
        </w:rPr>
      </w:pPr>
      <w:proofErr w:type="spellStart"/>
      <w:r w:rsidRPr="00C72932">
        <w:rPr>
          <w:rFonts w:ascii="Times New Roman" w:hAnsi="Times New Roman" w:cs="Times New Roman"/>
          <w:b/>
          <w:bCs/>
          <w:sz w:val="28"/>
          <w:szCs w:val="28"/>
        </w:rPr>
        <w:t>Арызды</w:t>
      </w:r>
      <w:proofErr w:type="spellEnd"/>
      <w:r w:rsidRPr="00C72932">
        <w:rPr>
          <w:rFonts w:ascii="Times New Roman" w:hAnsi="Times New Roman" w:cs="Times New Roman"/>
          <w:b/>
          <w:bCs/>
          <w:sz w:val="28"/>
          <w:szCs w:val="28"/>
        </w:rPr>
        <w:t xml:space="preserve"> </w:t>
      </w:r>
      <w:proofErr w:type="spellStart"/>
      <w:r w:rsidRPr="00C72932">
        <w:rPr>
          <w:rFonts w:ascii="Times New Roman" w:hAnsi="Times New Roman" w:cs="Times New Roman"/>
          <w:b/>
          <w:bCs/>
          <w:sz w:val="28"/>
          <w:szCs w:val="28"/>
        </w:rPr>
        <w:t>бергенден</w:t>
      </w:r>
      <w:proofErr w:type="spellEnd"/>
      <w:r w:rsidRPr="00C72932">
        <w:rPr>
          <w:rFonts w:ascii="Times New Roman" w:hAnsi="Times New Roman" w:cs="Times New Roman"/>
          <w:b/>
          <w:bCs/>
          <w:sz w:val="28"/>
          <w:szCs w:val="28"/>
        </w:rPr>
        <w:t xml:space="preserve"> </w:t>
      </w:r>
      <w:proofErr w:type="spellStart"/>
      <w:r w:rsidRPr="00C72932">
        <w:rPr>
          <w:rFonts w:ascii="Times New Roman" w:hAnsi="Times New Roman" w:cs="Times New Roman"/>
          <w:b/>
          <w:bCs/>
          <w:sz w:val="28"/>
          <w:szCs w:val="28"/>
        </w:rPr>
        <w:t>кийин</w:t>
      </w:r>
      <w:proofErr w:type="spellEnd"/>
      <w:r w:rsidRPr="00C72932">
        <w:rPr>
          <w:rFonts w:ascii="Times New Roman" w:hAnsi="Times New Roman" w:cs="Times New Roman"/>
          <w:b/>
          <w:bCs/>
          <w:sz w:val="28"/>
          <w:szCs w:val="28"/>
        </w:rPr>
        <w:t>:</w:t>
      </w:r>
    </w:p>
    <w:p w14:paraId="31DAAD1D" w14:textId="77777777" w:rsidR="005753A8" w:rsidRDefault="000321B4" w:rsidP="005753A8">
      <w:pPr>
        <w:pStyle w:val="a0"/>
        <w:numPr>
          <w:ilvl w:val="0"/>
          <w:numId w:val="14"/>
        </w:numPr>
        <w:spacing w:after="0" w:line="240" w:lineRule="auto"/>
        <w:jc w:val="both"/>
        <w:rPr>
          <w:rFonts w:ascii="Times New Roman" w:hAnsi="Times New Roman" w:cs="Times New Roman"/>
          <w:b/>
          <w:bCs/>
          <w:sz w:val="28"/>
          <w:szCs w:val="28"/>
          <w:lang w:val="ru-RU"/>
        </w:rPr>
      </w:pPr>
      <w:proofErr w:type="spellStart"/>
      <w:r w:rsidRPr="00C72932">
        <w:rPr>
          <w:rFonts w:ascii="Times New Roman" w:hAnsi="Times New Roman" w:cs="Times New Roman"/>
          <w:sz w:val="28"/>
          <w:szCs w:val="28"/>
        </w:rPr>
        <w:t>Кабыл</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алынганын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ырастоону</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кириш</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номерин</w:t>
      </w:r>
      <w:proofErr w:type="spellEnd"/>
      <w:r w:rsidRPr="00C72932">
        <w:rPr>
          <w:rFonts w:ascii="Times New Roman" w:hAnsi="Times New Roman" w:cs="Times New Roman"/>
          <w:sz w:val="28"/>
          <w:szCs w:val="28"/>
        </w:rPr>
        <w:t xml:space="preserve"> жана </w:t>
      </w:r>
      <w:proofErr w:type="spellStart"/>
      <w:r w:rsidRPr="00C72932">
        <w:rPr>
          <w:rFonts w:ascii="Times New Roman" w:hAnsi="Times New Roman" w:cs="Times New Roman"/>
          <w:sz w:val="28"/>
          <w:szCs w:val="28"/>
        </w:rPr>
        <w:t>датасын</w:t>
      </w:r>
      <w:proofErr w:type="spellEnd"/>
      <w:r w:rsidRPr="00C72932">
        <w:rPr>
          <w:rFonts w:ascii="Times New Roman" w:hAnsi="Times New Roman" w:cs="Times New Roman"/>
          <w:sz w:val="28"/>
          <w:szCs w:val="28"/>
        </w:rPr>
        <w:t xml:space="preserve"> </w:t>
      </w:r>
      <w:proofErr w:type="spellStart"/>
      <w:r w:rsidRPr="00C72932">
        <w:rPr>
          <w:rFonts w:ascii="Times New Roman" w:hAnsi="Times New Roman" w:cs="Times New Roman"/>
          <w:sz w:val="28"/>
          <w:szCs w:val="28"/>
        </w:rPr>
        <w:t>алыңыз</w:t>
      </w:r>
      <w:proofErr w:type="spellEnd"/>
      <w:r w:rsidRPr="00C72932">
        <w:rPr>
          <w:rFonts w:ascii="Times New Roman" w:hAnsi="Times New Roman" w:cs="Times New Roman"/>
          <w:sz w:val="28"/>
          <w:szCs w:val="28"/>
        </w:rPr>
        <w:t>.</w:t>
      </w:r>
    </w:p>
    <w:p w14:paraId="626BDF0A" w14:textId="77777777" w:rsidR="005753A8" w:rsidRDefault="000321B4" w:rsidP="005753A8">
      <w:pPr>
        <w:pStyle w:val="a0"/>
        <w:numPr>
          <w:ilvl w:val="0"/>
          <w:numId w:val="14"/>
        </w:numPr>
        <w:spacing w:after="0" w:line="240" w:lineRule="auto"/>
        <w:ind w:left="0" w:firstLine="360"/>
        <w:jc w:val="both"/>
        <w:rPr>
          <w:rFonts w:ascii="Times New Roman" w:hAnsi="Times New Roman" w:cs="Times New Roman"/>
          <w:b/>
          <w:bCs/>
          <w:sz w:val="28"/>
          <w:szCs w:val="28"/>
          <w:lang w:val="ru-RU"/>
        </w:rPr>
      </w:pPr>
      <w:proofErr w:type="spellStart"/>
      <w:r w:rsidRPr="005753A8">
        <w:rPr>
          <w:rFonts w:ascii="Times New Roman" w:hAnsi="Times New Roman" w:cs="Times New Roman"/>
          <w:sz w:val="28"/>
          <w:szCs w:val="28"/>
        </w:rPr>
        <w:t>Кошумча</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маалымат</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берүү</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жөнүндө</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мыйзамдуу</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суроо-талаптарга</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белгиленген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мөөнөттө</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жооп</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бериңиз</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кат</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алышууну</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сактаңыз</w:t>
      </w:r>
      <w:proofErr w:type="spellEnd"/>
      <w:r w:rsidRPr="005753A8">
        <w:rPr>
          <w:rFonts w:ascii="Times New Roman" w:hAnsi="Times New Roman" w:cs="Times New Roman"/>
          <w:sz w:val="28"/>
          <w:szCs w:val="28"/>
        </w:rPr>
        <w:t>.</w:t>
      </w:r>
    </w:p>
    <w:p w14:paraId="4B2277BA" w14:textId="77777777" w:rsidR="005753A8" w:rsidRDefault="000321B4" w:rsidP="005753A8">
      <w:pPr>
        <w:pStyle w:val="a0"/>
        <w:numPr>
          <w:ilvl w:val="0"/>
          <w:numId w:val="14"/>
        </w:numPr>
        <w:spacing w:after="0" w:line="240" w:lineRule="auto"/>
        <w:ind w:left="0" w:firstLine="360"/>
        <w:jc w:val="both"/>
        <w:rPr>
          <w:rFonts w:ascii="Times New Roman" w:hAnsi="Times New Roman" w:cs="Times New Roman"/>
          <w:b/>
          <w:bCs/>
          <w:sz w:val="28"/>
          <w:szCs w:val="28"/>
          <w:lang w:val="ru-RU"/>
        </w:rPr>
      </w:pPr>
      <w:proofErr w:type="spellStart"/>
      <w:r w:rsidRPr="005753A8">
        <w:rPr>
          <w:rFonts w:ascii="Times New Roman" w:hAnsi="Times New Roman" w:cs="Times New Roman"/>
          <w:sz w:val="28"/>
          <w:szCs w:val="28"/>
        </w:rPr>
        <w:t>Фактылык</w:t>
      </w:r>
      <w:proofErr w:type="spellEnd"/>
      <w:r w:rsidRPr="005753A8">
        <w:rPr>
          <w:rFonts w:ascii="Times New Roman" w:hAnsi="Times New Roman" w:cs="Times New Roman"/>
          <w:sz w:val="28"/>
          <w:szCs w:val="28"/>
        </w:rPr>
        <w:t xml:space="preserve"> жана </w:t>
      </w:r>
      <w:proofErr w:type="spellStart"/>
      <w:r w:rsidRPr="005753A8">
        <w:rPr>
          <w:rFonts w:ascii="Times New Roman" w:hAnsi="Times New Roman" w:cs="Times New Roman"/>
          <w:sz w:val="28"/>
          <w:szCs w:val="28"/>
        </w:rPr>
        <w:t>укуктук</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негиздери</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ошондой</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эле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даттануу</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тартиби</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көрсөтүлгөн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административдик</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актыны</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жазуу</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жүзүндөгү</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чечимди</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алыңыз</w:t>
      </w:r>
      <w:proofErr w:type="spellEnd"/>
      <w:r w:rsidRPr="005753A8">
        <w:rPr>
          <w:rFonts w:ascii="Times New Roman" w:hAnsi="Times New Roman" w:cs="Times New Roman"/>
          <w:sz w:val="28"/>
          <w:szCs w:val="28"/>
        </w:rPr>
        <w:t>.</w:t>
      </w:r>
    </w:p>
    <w:p w14:paraId="7F71C7C9" w14:textId="77777777" w:rsidR="005753A8" w:rsidRPr="005753A8" w:rsidRDefault="000321B4" w:rsidP="005753A8">
      <w:pPr>
        <w:pStyle w:val="a0"/>
        <w:numPr>
          <w:ilvl w:val="0"/>
          <w:numId w:val="14"/>
        </w:numPr>
        <w:spacing w:after="0" w:line="240" w:lineRule="auto"/>
        <w:ind w:left="0" w:firstLine="360"/>
        <w:jc w:val="both"/>
        <w:rPr>
          <w:rFonts w:ascii="Times New Roman" w:hAnsi="Times New Roman" w:cs="Times New Roman"/>
          <w:b/>
          <w:bCs/>
          <w:sz w:val="28"/>
          <w:szCs w:val="28"/>
          <w:lang w:val="ru-RU"/>
        </w:rPr>
      </w:pPr>
      <w:proofErr w:type="spellStart"/>
      <w:r w:rsidRPr="005753A8">
        <w:rPr>
          <w:rFonts w:ascii="Times New Roman" w:hAnsi="Times New Roman" w:cs="Times New Roman"/>
          <w:sz w:val="28"/>
          <w:szCs w:val="28"/>
        </w:rPr>
        <w:t>Эгер</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чечим</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белгиленген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мөөнөттө</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кабыл</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алынбаса</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аракетсиздикке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административдик</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же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соттук</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тартипте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даттаныңыз</w:t>
      </w:r>
      <w:proofErr w:type="spellEnd"/>
      <w:r w:rsidRPr="005753A8">
        <w:rPr>
          <w:rFonts w:ascii="Times New Roman" w:hAnsi="Times New Roman" w:cs="Times New Roman"/>
          <w:sz w:val="28"/>
          <w:szCs w:val="28"/>
        </w:rPr>
        <w:t>.</w:t>
      </w:r>
    </w:p>
    <w:p w14:paraId="343C9648" w14:textId="1386D440" w:rsidR="008777B4" w:rsidRDefault="000321B4" w:rsidP="005753A8">
      <w:pPr>
        <w:pStyle w:val="a0"/>
        <w:numPr>
          <w:ilvl w:val="0"/>
          <w:numId w:val="0"/>
        </w:numPr>
        <w:spacing w:after="0" w:line="240" w:lineRule="auto"/>
        <w:ind w:firstLine="709"/>
        <w:jc w:val="both"/>
        <w:rPr>
          <w:rFonts w:ascii="Times New Roman" w:hAnsi="Times New Roman" w:cs="Times New Roman"/>
          <w:sz w:val="28"/>
          <w:szCs w:val="28"/>
        </w:rPr>
      </w:pPr>
      <w:proofErr w:type="spellStart"/>
      <w:r w:rsidRPr="005753A8">
        <w:rPr>
          <w:rFonts w:ascii="Times New Roman" w:hAnsi="Times New Roman" w:cs="Times New Roman"/>
          <w:b/>
          <w:sz w:val="28"/>
          <w:szCs w:val="28"/>
        </w:rPr>
        <w:t>Административдик</w:t>
      </w:r>
      <w:proofErr w:type="spellEnd"/>
      <w:r w:rsidRPr="005753A8">
        <w:rPr>
          <w:rFonts w:ascii="Times New Roman" w:hAnsi="Times New Roman" w:cs="Times New Roman"/>
          <w:b/>
          <w:sz w:val="28"/>
          <w:szCs w:val="28"/>
        </w:rPr>
        <w:t xml:space="preserve"> </w:t>
      </w:r>
      <w:proofErr w:type="spellStart"/>
      <w:r w:rsidRPr="005753A8">
        <w:rPr>
          <w:rFonts w:ascii="Times New Roman" w:hAnsi="Times New Roman" w:cs="Times New Roman"/>
          <w:b/>
          <w:sz w:val="28"/>
          <w:szCs w:val="28"/>
        </w:rPr>
        <w:t>даттануу</w:t>
      </w:r>
      <w:proofErr w:type="spellEnd"/>
      <w:r w:rsidRPr="005753A8">
        <w:rPr>
          <w:rFonts w:ascii="Times New Roman" w:hAnsi="Times New Roman" w:cs="Times New Roman"/>
          <w:b/>
          <w:sz w:val="28"/>
          <w:szCs w:val="28"/>
        </w:rPr>
        <w:t>:</w:t>
      </w:r>
      <w:r w:rsidR="005753A8">
        <w:rPr>
          <w:rFonts w:ascii="Times New Roman" w:hAnsi="Times New Roman" w:cs="Times New Roman"/>
          <w:sz w:val="28"/>
          <w:szCs w:val="28"/>
          <w:lang w:val="ru-RU"/>
        </w:rPr>
        <w:t xml:space="preserve"> актыга даттануу аны кабыл алган органга же жогору турган органга берилиши мүмкүн. Аракетке же аракетсиздикке даттануу жогору </w:t>
      </w:r>
      <w:proofErr w:type="spellStart"/>
      <w:r w:rsidR="005753A8">
        <w:rPr>
          <w:rFonts w:ascii="Times New Roman" w:hAnsi="Times New Roman" w:cs="Times New Roman"/>
          <w:sz w:val="28"/>
          <w:szCs w:val="28"/>
          <w:lang w:val="ru-RU"/>
        </w:rPr>
        <w:t>турган</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органга</w:t>
      </w:r>
      <w:proofErr w:type="spellEnd"/>
      <w:r w:rsidR="005753A8">
        <w:rPr>
          <w:rFonts w:ascii="Times New Roman" w:hAnsi="Times New Roman" w:cs="Times New Roman"/>
          <w:sz w:val="28"/>
          <w:szCs w:val="28"/>
          <w:lang w:val="ru-RU"/>
        </w:rPr>
        <w:t xml:space="preserve"> же </w:t>
      </w:r>
      <w:proofErr w:type="spellStart"/>
      <w:r w:rsidR="005753A8">
        <w:rPr>
          <w:rFonts w:ascii="Times New Roman" w:hAnsi="Times New Roman" w:cs="Times New Roman"/>
          <w:sz w:val="28"/>
          <w:szCs w:val="28"/>
          <w:lang w:val="ru-RU"/>
        </w:rPr>
        <w:t>кызмат</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адамына</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алар</w:t>
      </w:r>
      <w:proofErr w:type="spellEnd"/>
      <w:r w:rsidR="005753A8">
        <w:rPr>
          <w:rFonts w:ascii="Times New Roman" w:hAnsi="Times New Roman" w:cs="Times New Roman"/>
          <w:sz w:val="28"/>
          <w:szCs w:val="28"/>
          <w:lang w:val="ru-RU"/>
        </w:rPr>
        <w:t xml:space="preserve"> жок </w:t>
      </w:r>
      <w:proofErr w:type="spellStart"/>
      <w:r w:rsidR="005753A8">
        <w:rPr>
          <w:rFonts w:ascii="Times New Roman" w:hAnsi="Times New Roman" w:cs="Times New Roman"/>
          <w:sz w:val="28"/>
          <w:szCs w:val="28"/>
          <w:lang w:val="ru-RU"/>
        </w:rPr>
        <w:t>болсо</w:t>
      </w:r>
      <w:proofErr w:type="spellEnd"/>
      <w:r w:rsidR="005753A8">
        <w:rPr>
          <w:rFonts w:ascii="Times New Roman" w:hAnsi="Times New Roman" w:cs="Times New Roman"/>
          <w:sz w:val="28"/>
          <w:szCs w:val="28"/>
          <w:lang w:val="ru-RU"/>
        </w:rPr>
        <w:t xml:space="preserve"> </w:t>
      </w:r>
      <w:r w:rsidR="00627AF7">
        <w:rPr>
          <w:rFonts w:ascii="Times New Roman" w:hAnsi="Times New Roman" w:cs="Times New Roman"/>
          <w:sz w:val="28"/>
          <w:szCs w:val="28"/>
          <w:lang w:val="ru-RU"/>
        </w:rPr>
        <w:t>–</w:t>
      </w:r>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сотко</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берилет</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Жалпы</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берүү</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мөөнөтү</w:t>
      </w:r>
      <w:proofErr w:type="spellEnd"/>
      <w:r w:rsidR="005753A8">
        <w:rPr>
          <w:rFonts w:ascii="Times New Roman" w:hAnsi="Times New Roman" w:cs="Times New Roman"/>
          <w:sz w:val="28"/>
          <w:szCs w:val="28"/>
          <w:lang w:val="ru-RU"/>
        </w:rPr>
        <w:t xml:space="preserve"> </w:t>
      </w:r>
      <w:r w:rsidR="00627AF7">
        <w:rPr>
          <w:rFonts w:ascii="Times New Roman" w:hAnsi="Times New Roman" w:cs="Times New Roman"/>
          <w:sz w:val="28"/>
          <w:szCs w:val="28"/>
          <w:lang w:val="ru-RU"/>
        </w:rPr>
        <w:t>–</w:t>
      </w:r>
      <w:r w:rsidR="005753A8">
        <w:rPr>
          <w:rFonts w:ascii="Times New Roman" w:hAnsi="Times New Roman" w:cs="Times New Roman"/>
          <w:sz w:val="28"/>
          <w:szCs w:val="28"/>
          <w:lang w:val="ru-RU"/>
        </w:rPr>
        <w:t xml:space="preserve"> 30 </w:t>
      </w:r>
      <w:proofErr w:type="spellStart"/>
      <w:r w:rsidR="005753A8">
        <w:rPr>
          <w:rFonts w:ascii="Times New Roman" w:hAnsi="Times New Roman" w:cs="Times New Roman"/>
          <w:sz w:val="28"/>
          <w:szCs w:val="28"/>
          <w:lang w:val="ru-RU"/>
        </w:rPr>
        <w:t>жумуш</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күнү</w:t>
      </w:r>
      <w:proofErr w:type="spellEnd"/>
      <w:r w:rsidR="005753A8">
        <w:rPr>
          <w:rFonts w:ascii="Times New Roman" w:hAnsi="Times New Roman" w:cs="Times New Roman"/>
          <w:sz w:val="28"/>
          <w:szCs w:val="28"/>
          <w:lang w:val="ru-RU"/>
        </w:rPr>
        <w:t xml:space="preserve">. Даттануу берүү, мыйзамда дароо аткаруу же коомдук кызыкчылыктарды </w:t>
      </w:r>
      <w:proofErr w:type="spellStart"/>
      <w:r w:rsidR="005753A8">
        <w:rPr>
          <w:rFonts w:ascii="Times New Roman" w:hAnsi="Times New Roman" w:cs="Times New Roman"/>
          <w:sz w:val="28"/>
          <w:szCs w:val="28"/>
          <w:lang w:val="ru-RU"/>
        </w:rPr>
        <w:t>коргоо</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зарылдыгы</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каралган</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учурларды</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кошпогондо</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адатта</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актынын</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аткарылышын</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токтото</w:t>
      </w:r>
      <w:proofErr w:type="spellEnd"/>
      <w:r w:rsidR="005753A8">
        <w:rPr>
          <w:rFonts w:ascii="Times New Roman" w:hAnsi="Times New Roman" w:cs="Times New Roman"/>
          <w:sz w:val="28"/>
          <w:szCs w:val="28"/>
          <w:lang w:val="ru-RU"/>
        </w:rPr>
        <w:t xml:space="preserve"> </w:t>
      </w:r>
      <w:proofErr w:type="spellStart"/>
      <w:r w:rsidR="005753A8">
        <w:rPr>
          <w:rFonts w:ascii="Times New Roman" w:hAnsi="Times New Roman" w:cs="Times New Roman"/>
          <w:sz w:val="28"/>
          <w:szCs w:val="28"/>
          <w:lang w:val="ru-RU"/>
        </w:rPr>
        <w:t>турат</w:t>
      </w:r>
      <w:proofErr w:type="spellEnd"/>
      <w:r w:rsidR="005753A8">
        <w:rPr>
          <w:rFonts w:ascii="Times New Roman" w:hAnsi="Times New Roman" w:cs="Times New Roman"/>
          <w:sz w:val="28"/>
          <w:szCs w:val="28"/>
          <w:lang w:val="ru-RU"/>
        </w:rPr>
        <w:t>.</w:t>
      </w:r>
    </w:p>
    <w:p w14:paraId="7BD14A19" w14:textId="2714A735" w:rsidR="005753A8" w:rsidRDefault="005753A8" w:rsidP="005753A8">
      <w:pPr>
        <w:pStyle w:val="a0"/>
        <w:numPr>
          <w:ilvl w:val="0"/>
          <w:numId w:val="0"/>
        </w:numPr>
        <w:spacing w:after="0" w:line="240" w:lineRule="auto"/>
        <w:ind w:left="360" w:hanging="360"/>
        <w:jc w:val="both"/>
        <w:rPr>
          <w:rFonts w:ascii="Times New Roman" w:hAnsi="Times New Roman" w:cs="Times New Roman"/>
          <w:sz w:val="28"/>
          <w:szCs w:val="28"/>
        </w:rPr>
      </w:pPr>
    </w:p>
    <w:p w14:paraId="2A693978" w14:textId="77777777" w:rsidR="005753A8" w:rsidRDefault="005753A8" w:rsidP="005753A8">
      <w:pPr>
        <w:pStyle w:val="a0"/>
        <w:numPr>
          <w:ilvl w:val="0"/>
          <w:numId w:val="0"/>
        </w:numPr>
        <w:spacing w:after="0" w:line="240" w:lineRule="auto"/>
        <w:ind w:left="360" w:hanging="360"/>
        <w:jc w:val="center"/>
        <w:rPr>
          <w:rFonts w:ascii="Times New Roman" w:hAnsi="Times New Roman" w:cs="Times New Roman"/>
          <w:b/>
          <w:bCs/>
          <w:sz w:val="28"/>
          <w:szCs w:val="28"/>
          <w:lang w:val="ru-RU"/>
        </w:rPr>
      </w:pPr>
      <w:r w:rsidRPr="005753A8">
        <w:rPr>
          <w:rFonts w:ascii="Times New Roman" w:hAnsi="Times New Roman" w:cs="Times New Roman"/>
          <w:b/>
          <w:bCs/>
          <w:sz w:val="28"/>
          <w:szCs w:val="28"/>
          <w:lang w:val="ru-RU"/>
        </w:rPr>
        <w:t>Ишкерлерди текшерүү</w:t>
      </w:r>
    </w:p>
    <w:p w14:paraId="18EFB77D" w14:textId="4C05AE19" w:rsidR="008777B4" w:rsidRDefault="000321B4" w:rsidP="000C23D6">
      <w:pPr>
        <w:pStyle w:val="a0"/>
        <w:numPr>
          <w:ilvl w:val="0"/>
          <w:numId w:val="0"/>
        </w:numPr>
        <w:spacing w:after="0" w:line="240" w:lineRule="auto"/>
        <w:ind w:firstLine="709"/>
        <w:jc w:val="both"/>
        <w:rPr>
          <w:rFonts w:ascii="Times New Roman" w:hAnsi="Times New Roman" w:cs="Times New Roman"/>
          <w:sz w:val="28"/>
          <w:szCs w:val="28"/>
        </w:rPr>
      </w:pPr>
      <w:proofErr w:type="spellStart"/>
      <w:r w:rsidRPr="005753A8">
        <w:rPr>
          <w:rFonts w:ascii="Times New Roman" w:hAnsi="Times New Roman" w:cs="Times New Roman"/>
          <w:b/>
          <w:sz w:val="28"/>
          <w:szCs w:val="28"/>
        </w:rPr>
        <w:t>Адегенде</w:t>
      </w:r>
      <w:proofErr w:type="spellEnd"/>
      <w:r w:rsidRPr="005753A8">
        <w:rPr>
          <w:rFonts w:ascii="Times New Roman" w:hAnsi="Times New Roman" w:cs="Times New Roman"/>
          <w:b/>
          <w:sz w:val="28"/>
          <w:szCs w:val="28"/>
        </w:rPr>
        <w:t xml:space="preserve"> </w:t>
      </w:r>
      <w:proofErr w:type="spellStart"/>
      <w:r w:rsidRPr="005753A8">
        <w:rPr>
          <w:rFonts w:ascii="Times New Roman" w:hAnsi="Times New Roman" w:cs="Times New Roman"/>
          <w:b/>
          <w:sz w:val="28"/>
          <w:szCs w:val="28"/>
        </w:rPr>
        <w:t>мораторийди</w:t>
      </w:r>
      <w:proofErr w:type="spellEnd"/>
      <w:r w:rsidRPr="005753A8">
        <w:rPr>
          <w:rFonts w:ascii="Times New Roman" w:hAnsi="Times New Roman" w:cs="Times New Roman"/>
          <w:b/>
          <w:sz w:val="28"/>
          <w:szCs w:val="28"/>
        </w:rPr>
        <w:t xml:space="preserve"> </w:t>
      </w:r>
      <w:proofErr w:type="spellStart"/>
      <w:r w:rsidRPr="005753A8">
        <w:rPr>
          <w:rFonts w:ascii="Times New Roman" w:hAnsi="Times New Roman" w:cs="Times New Roman"/>
          <w:b/>
          <w:sz w:val="28"/>
          <w:szCs w:val="28"/>
        </w:rPr>
        <w:t>текшериңиз</w:t>
      </w:r>
      <w:proofErr w:type="spellEnd"/>
      <w:r w:rsidRPr="005753A8">
        <w:rPr>
          <w:rFonts w:ascii="Times New Roman" w:hAnsi="Times New Roman" w:cs="Times New Roman"/>
          <w:b/>
          <w:sz w:val="28"/>
          <w:szCs w:val="28"/>
        </w:rPr>
        <w:t xml:space="preserve"> </w:t>
      </w:r>
      <w:r w:rsidR="00627AF7">
        <w:rPr>
          <w:rFonts w:ascii="Times New Roman" w:hAnsi="Times New Roman" w:cs="Times New Roman"/>
          <w:b/>
          <w:sz w:val="28"/>
          <w:szCs w:val="28"/>
        </w:rPr>
        <w:t>–</w:t>
      </w:r>
      <w:r w:rsidRPr="005753A8">
        <w:rPr>
          <w:rFonts w:ascii="Times New Roman" w:hAnsi="Times New Roman" w:cs="Times New Roman"/>
          <w:b/>
          <w:sz w:val="28"/>
          <w:szCs w:val="28"/>
        </w:rPr>
        <w:t xml:space="preserve"> </w:t>
      </w:r>
      <w:proofErr w:type="spellStart"/>
      <w:r w:rsidR="000C23D6">
        <w:rPr>
          <w:rFonts w:ascii="Times New Roman" w:hAnsi="Times New Roman" w:cs="Times New Roman"/>
          <w:sz w:val="28"/>
          <w:szCs w:val="28"/>
          <w:lang w:val="ru-RU"/>
        </w:rPr>
        <w:t>Президенттин</w:t>
      </w:r>
      <w:proofErr w:type="spellEnd"/>
      <w:r w:rsidR="000C23D6">
        <w:rPr>
          <w:rFonts w:ascii="Times New Roman" w:hAnsi="Times New Roman" w:cs="Times New Roman"/>
          <w:sz w:val="28"/>
          <w:szCs w:val="28"/>
          <w:lang w:val="ru-RU"/>
        </w:rPr>
        <w:t xml:space="preserve"> № 113 </w:t>
      </w:r>
      <w:proofErr w:type="spellStart"/>
      <w:r w:rsidR="000C23D6">
        <w:rPr>
          <w:rFonts w:ascii="Times New Roman" w:hAnsi="Times New Roman" w:cs="Times New Roman"/>
          <w:sz w:val="28"/>
          <w:szCs w:val="28"/>
          <w:lang w:val="ru-RU"/>
        </w:rPr>
        <w:t>Жарлыгы</w:t>
      </w:r>
      <w:proofErr w:type="spellEnd"/>
      <w:r w:rsidR="000C23D6">
        <w:rPr>
          <w:rFonts w:ascii="Times New Roman" w:hAnsi="Times New Roman" w:cs="Times New Roman"/>
          <w:sz w:val="28"/>
          <w:szCs w:val="28"/>
          <w:lang w:val="ru-RU"/>
        </w:rPr>
        <w:t xml:space="preserve"> 2026-жылдын 31-декабрына </w:t>
      </w:r>
      <w:proofErr w:type="spellStart"/>
      <w:r w:rsidR="000C23D6">
        <w:rPr>
          <w:rFonts w:ascii="Times New Roman" w:hAnsi="Times New Roman" w:cs="Times New Roman"/>
          <w:sz w:val="28"/>
          <w:szCs w:val="28"/>
          <w:lang w:val="ru-RU"/>
        </w:rPr>
        <w:t>чейин</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күчүндө</w:t>
      </w:r>
      <w:proofErr w:type="spellEnd"/>
      <w:r w:rsidR="000C23D6">
        <w:rPr>
          <w:rFonts w:ascii="Times New Roman" w:hAnsi="Times New Roman" w:cs="Times New Roman"/>
          <w:sz w:val="28"/>
          <w:szCs w:val="28"/>
          <w:lang w:val="ru-RU"/>
        </w:rPr>
        <w:t xml:space="preserve">. Текшерүүгө киргизүүдөн мурда мораторийден тышкаркы конкреттүү учурду, текшерүүнүн укуктук негизин </w:t>
      </w:r>
      <w:r w:rsidR="000C23D6">
        <w:rPr>
          <w:rFonts w:ascii="Times New Roman" w:hAnsi="Times New Roman" w:cs="Times New Roman"/>
          <w:sz w:val="28"/>
          <w:szCs w:val="28"/>
          <w:lang w:val="ru-RU"/>
        </w:rPr>
        <w:lastRenderedPageBreak/>
        <w:t xml:space="preserve">көрсөтүүнү жана тескөөчү документти көрсөтүүнү сураңыз. </w:t>
      </w:r>
      <w:proofErr w:type="spellStart"/>
      <w:r w:rsidR="000C23D6">
        <w:rPr>
          <w:rFonts w:ascii="Times New Roman" w:hAnsi="Times New Roman" w:cs="Times New Roman"/>
          <w:sz w:val="28"/>
          <w:szCs w:val="28"/>
          <w:lang w:val="ru-RU"/>
        </w:rPr>
        <w:t>Күч</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колдонуп</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тоскоолдук</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кылбаңыз</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жагдайларды</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каттап</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белгиленген</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даттануу</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тартибин</w:t>
      </w:r>
      <w:proofErr w:type="spellEnd"/>
      <w:r w:rsidR="000C23D6">
        <w:rPr>
          <w:rFonts w:ascii="Times New Roman" w:hAnsi="Times New Roman" w:cs="Times New Roman"/>
          <w:sz w:val="28"/>
          <w:szCs w:val="28"/>
          <w:lang w:val="ru-RU"/>
        </w:rPr>
        <w:t xml:space="preserve"> </w:t>
      </w:r>
      <w:proofErr w:type="spellStart"/>
      <w:r w:rsidR="000C23D6">
        <w:rPr>
          <w:rFonts w:ascii="Times New Roman" w:hAnsi="Times New Roman" w:cs="Times New Roman"/>
          <w:sz w:val="28"/>
          <w:szCs w:val="28"/>
          <w:lang w:val="ru-RU"/>
        </w:rPr>
        <w:t>колдонуңуз</w:t>
      </w:r>
      <w:proofErr w:type="spellEnd"/>
      <w:r w:rsidR="000C23D6">
        <w:rPr>
          <w:rFonts w:ascii="Times New Roman" w:hAnsi="Times New Roman" w:cs="Times New Roman"/>
          <w:sz w:val="28"/>
          <w:szCs w:val="28"/>
          <w:lang w:val="ru-RU"/>
        </w:rPr>
        <w:t>.</w:t>
      </w:r>
    </w:p>
    <w:p w14:paraId="753D383E" w14:textId="77777777" w:rsidR="000C23D6" w:rsidRDefault="000C23D6" w:rsidP="000C23D6">
      <w:pPr>
        <w:pStyle w:val="a0"/>
        <w:numPr>
          <w:ilvl w:val="0"/>
          <w:numId w:val="0"/>
        </w:numPr>
        <w:spacing w:after="0" w:line="240" w:lineRule="auto"/>
        <w:ind w:firstLine="709"/>
        <w:jc w:val="both"/>
        <w:rPr>
          <w:rFonts w:ascii="Times New Roman" w:hAnsi="Times New Roman" w:cs="Times New Roman"/>
          <w:b/>
          <w:bCs/>
          <w:sz w:val="28"/>
          <w:szCs w:val="28"/>
          <w:lang w:val="ru-RU"/>
        </w:rPr>
      </w:pPr>
      <w:r w:rsidRPr="000C23D6">
        <w:rPr>
          <w:rFonts w:ascii="Times New Roman" w:hAnsi="Times New Roman" w:cs="Times New Roman"/>
          <w:b/>
          <w:bCs/>
          <w:sz w:val="28"/>
          <w:szCs w:val="28"/>
          <w:lang w:val="ru-RU"/>
        </w:rPr>
        <w:t>Текшерүү башталганга чейин:</w:t>
      </w:r>
    </w:p>
    <w:p w14:paraId="6AC67E6D" w14:textId="77777777" w:rsidR="000C23D6" w:rsidRDefault="000321B4" w:rsidP="000C23D6">
      <w:pPr>
        <w:pStyle w:val="a0"/>
        <w:numPr>
          <w:ilvl w:val="0"/>
          <w:numId w:val="15"/>
        </w:numPr>
        <w:spacing w:after="0" w:line="240" w:lineRule="auto"/>
        <w:ind w:left="0" w:firstLine="360"/>
        <w:jc w:val="both"/>
        <w:rPr>
          <w:rFonts w:ascii="Times New Roman" w:hAnsi="Times New Roman" w:cs="Times New Roman"/>
          <w:b/>
          <w:bCs/>
          <w:sz w:val="28"/>
          <w:szCs w:val="28"/>
          <w:lang w:val="ru-RU"/>
        </w:rPr>
      </w:pPr>
      <w:proofErr w:type="spellStart"/>
      <w:r w:rsidRPr="005753A8">
        <w:rPr>
          <w:rFonts w:ascii="Times New Roman" w:hAnsi="Times New Roman" w:cs="Times New Roman"/>
          <w:sz w:val="28"/>
          <w:szCs w:val="28"/>
        </w:rPr>
        <w:t>Ар</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бир</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инспектордун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кызматтык</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күбөлүгүн</w:t>
      </w:r>
      <w:proofErr w:type="spellEnd"/>
      <w:r w:rsidRPr="005753A8">
        <w:rPr>
          <w:rFonts w:ascii="Times New Roman" w:hAnsi="Times New Roman" w:cs="Times New Roman"/>
          <w:sz w:val="28"/>
          <w:szCs w:val="28"/>
        </w:rPr>
        <w:t xml:space="preserve"> жана </w:t>
      </w:r>
      <w:proofErr w:type="spellStart"/>
      <w:r w:rsidRPr="005753A8">
        <w:rPr>
          <w:rFonts w:ascii="Times New Roman" w:hAnsi="Times New Roman" w:cs="Times New Roman"/>
          <w:sz w:val="28"/>
          <w:szCs w:val="28"/>
        </w:rPr>
        <w:t>андагы</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маалыматтардын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тескөөчү</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документке</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дал</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келишин</w:t>
      </w:r>
      <w:proofErr w:type="spellEnd"/>
      <w:r w:rsidRPr="005753A8">
        <w:rPr>
          <w:rFonts w:ascii="Times New Roman" w:hAnsi="Times New Roman" w:cs="Times New Roman"/>
          <w:sz w:val="28"/>
          <w:szCs w:val="28"/>
        </w:rPr>
        <w:t xml:space="preserve"> </w:t>
      </w:r>
      <w:proofErr w:type="spellStart"/>
      <w:r w:rsidRPr="005753A8">
        <w:rPr>
          <w:rFonts w:ascii="Times New Roman" w:hAnsi="Times New Roman" w:cs="Times New Roman"/>
          <w:sz w:val="28"/>
          <w:szCs w:val="28"/>
        </w:rPr>
        <w:t>текшериңиз</w:t>
      </w:r>
      <w:proofErr w:type="spellEnd"/>
      <w:r w:rsidRPr="005753A8">
        <w:rPr>
          <w:rFonts w:ascii="Times New Roman" w:hAnsi="Times New Roman" w:cs="Times New Roman"/>
          <w:sz w:val="28"/>
          <w:szCs w:val="28"/>
        </w:rPr>
        <w:t>.</w:t>
      </w:r>
    </w:p>
    <w:p w14:paraId="71D57087" w14:textId="77777777" w:rsidR="000C23D6" w:rsidRDefault="000321B4" w:rsidP="000C23D6">
      <w:pPr>
        <w:pStyle w:val="a0"/>
        <w:numPr>
          <w:ilvl w:val="0"/>
          <w:numId w:val="15"/>
        </w:numPr>
        <w:spacing w:after="0" w:line="240" w:lineRule="auto"/>
        <w:ind w:left="0" w:firstLine="360"/>
        <w:jc w:val="both"/>
        <w:rPr>
          <w:rFonts w:ascii="Times New Roman" w:hAnsi="Times New Roman" w:cs="Times New Roman"/>
          <w:b/>
          <w:bCs/>
          <w:sz w:val="28"/>
          <w:szCs w:val="28"/>
          <w:lang w:val="ru-RU"/>
        </w:rPr>
      </w:pPr>
      <w:proofErr w:type="spellStart"/>
      <w:r w:rsidRPr="000C23D6">
        <w:rPr>
          <w:rFonts w:ascii="Times New Roman" w:hAnsi="Times New Roman" w:cs="Times New Roman"/>
          <w:sz w:val="28"/>
          <w:szCs w:val="28"/>
        </w:rPr>
        <w:t>Көрсөтмөнүн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буйруктун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көчүрмөсүн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алыңыз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Анда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номер</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дата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орган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инспектор</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текшерилүүчү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субъект</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дарек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максат</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предмет</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укуктук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негиз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башталган</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аяктаган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даталар</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көрсөтүлүүгө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тийиш</w:t>
      </w:r>
      <w:proofErr w:type="spellEnd"/>
      <w:r w:rsidRPr="000C23D6">
        <w:rPr>
          <w:rFonts w:ascii="Times New Roman" w:hAnsi="Times New Roman" w:cs="Times New Roman"/>
          <w:sz w:val="28"/>
          <w:szCs w:val="28"/>
        </w:rPr>
        <w:t>.</w:t>
      </w:r>
    </w:p>
    <w:p w14:paraId="22B57D31" w14:textId="77777777" w:rsidR="000C23D6" w:rsidRDefault="000321B4" w:rsidP="000C23D6">
      <w:pPr>
        <w:pStyle w:val="a0"/>
        <w:numPr>
          <w:ilvl w:val="0"/>
          <w:numId w:val="15"/>
        </w:numPr>
        <w:spacing w:after="0" w:line="240" w:lineRule="auto"/>
        <w:ind w:left="0" w:firstLine="360"/>
        <w:jc w:val="both"/>
        <w:rPr>
          <w:rFonts w:ascii="Times New Roman" w:hAnsi="Times New Roman" w:cs="Times New Roman"/>
          <w:b/>
          <w:bCs/>
          <w:sz w:val="28"/>
          <w:szCs w:val="28"/>
          <w:lang w:val="ru-RU"/>
        </w:rPr>
      </w:pPr>
      <w:proofErr w:type="spellStart"/>
      <w:r w:rsidRPr="000C23D6">
        <w:rPr>
          <w:rFonts w:ascii="Times New Roman" w:hAnsi="Times New Roman" w:cs="Times New Roman"/>
          <w:sz w:val="28"/>
          <w:szCs w:val="28"/>
        </w:rPr>
        <w:t>Текшерүүнүн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түрүн</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негизин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тактаңыз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Анонимдүү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ырасталбаган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билдирүү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өзүнчө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эле</w:t>
      </w:r>
      <w:proofErr w:type="spellEnd"/>
      <w:r w:rsidRPr="000C23D6">
        <w:rPr>
          <w:rFonts w:ascii="Times New Roman" w:hAnsi="Times New Roman" w:cs="Times New Roman"/>
          <w:sz w:val="28"/>
          <w:szCs w:val="28"/>
        </w:rPr>
        <w:t xml:space="preserve"> № 72 </w:t>
      </w:r>
      <w:proofErr w:type="spellStart"/>
      <w:r w:rsidRPr="000C23D6">
        <w:rPr>
          <w:rFonts w:ascii="Times New Roman" w:hAnsi="Times New Roman" w:cs="Times New Roman"/>
          <w:sz w:val="28"/>
          <w:szCs w:val="28"/>
        </w:rPr>
        <w:t>Мыйзам</w:t>
      </w:r>
      <w:proofErr w:type="spellEnd"/>
      <w:r w:rsidRPr="000C23D6">
        <w:rPr>
          <w:rFonts w:ascii="Times New Roman" w:hAnsi="Times New Roman" w:cs="Times New Roman"/>
          <w:sz w:val="28"/>
          <w:szCs w:val="28"/>
        </w:rPr>
        <w:t xml:space="preserve"> боюнча </w:t>
      </w:r>
      <w:proofErr w:type="spellStart"/>
      <w:r w:rsidRPr="000C23D6">
        <w:rPr>
          <w:rFonts w:ascii="Times New Roman" w:hAnsi="Times New Roman" w:cs="Times New Roman"/>
          <w:sz w:val="28"/>
          <w:szCs w:val="28"/>
        </w:rPr>
        <w:t>пландан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тышкаркы</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текшерүүгө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негиз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болуп</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саналбайт</w:t>
      </w:r>
      <w:proofErr w:type="spellEnd"/>
      <w:r w:rsidRPr="000C23D6">
        <w:rPr>
          <w:rFonts w:ascii="Times New Roman" w:hAnsi="Times New Roman" w:cs="Times New Roman"/>
          <w:sz w:val="28"/>
          <w:szCs w:val="28"/>
        </w:rPr>
        <w:t>.</w:t>
      </w:r>
    </w:p>
    <w:p w14:paraId="0FEA51E8" w14:textId="11E214F5" w:rsidR="008777B4" w:rsidRPr="000C23D6" w:rsidRDefault="000321B4" w:rsidP="005753A8">
      <w:pPr>
        <w:pStyle w:val="a0"/>
        <w:numPr>
          <w:ilvl w:val="0"/>
          <w:numId w:val="15"/>
        </w:numPr>
        <w:spacing w:after="0" w:line="240" w:lineRule="auto"/>
        <w:ind w:left="0" w:firstLine="360"/>
        <w:jc w:val="both"/>
        <w:rPr>
          <w:rFonts w:ascii="Times New Roman" w:hAnsi="Times New Roman" w:cs="Times New Roman"/>
          <w:b/>
          <w:bCs/>
          <w:sz w:val="28"/>
          <w:szCs w:val="28"/>
          <w:lang w:val="ru-RU"/>
        </w:rPr>
      </w:pPr>
      <w:proofErr w:type="spellStart"/>
      <w:r w:rsidRPr="000C23D6">
        <w:rPr>
          <w:rFonts w:ascii="Times New Roman" w:hAnsi="Times New Roman" w:cs="Times New Roman"/>
          <w:sz w:val="28"/>
          <w:szCs w:val="28"/>
        </w:rPr>
        <w:t>Өкүл</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дайындап</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текшерүүлөрдү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эсепке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алуу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журналын</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текшерүүнүн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предметине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гана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тиешелүү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документтерди</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даярдаңыз</w:t>
      </w:r>
      <w:proofErr w:type="spellEnd"/>
      <w:r w:rsidRPr="000C23D6">
        <w:rPr>
          <w:rFonts w:ascii="Times New Roman" w:hAnsi="Times New Roman" w:cs="Times New Roman"/>
          <w:sz w:val="28"/>
          <w:szCs w:val="28"/>
        </w:rPr>
        <w:t>.</w:t>
      </w:r>
    </w:p>
    <w:p w14:paraId="294AA69D" w14:textId="735B6ECD" w:rsidR="000C23D6" w:rsidRPr="000C23D6" w:rsidRDefault="000C23D6" w:rsidP="000C23D6">
      <w:pPr>
        <w:pStyle w:val="a0"/>
        <w:numPr>
          <w:ilvl w:val="0"/>
          <w:numId w:val="0"/>
        </w:numPr>
        <w:spacing w:after="0" w:line="240" w:lineRule="auto"/>
        <w:jc w:val="center"/>
        <w:rPr>
          <w:rFonts w:ascii="Times New Roman" w:hAnsi="Times New Roman" w:cs="Times New Roman"/>
          <w:b/>
          <w:bCs/>
          <w:sz w:val="28"/>
          <w:szCs w:val="28"/>
          <w:lang w:val="ru-RU"/>
        </w:rPr>
      </w:pPr>
      <w:r w:rsidRPr="000C23D6">
        <w:rPr>
          <w:rFonts w:ascii="Times New Roman" w:hAnsi="Times New Roman" w:cs="Times New Roman"/>
          <w:b/>
          <w:bCs/>
          <w:sz w:val="28"/>
          <w:szCs w:val="28"/>
          <w:lang w:val="ru-RU"/>
        </w:rPr>
        <w:t>Текшерүү учурунда</w:t>
      </w:r>
    </w:p>
    <w:tbl>
      <w:tblPr>
        <w:tblStyle w:val="aff0"/>
        <w:tblW w:w="0" w:type="auto"/>
        <w:tblInd w:w="108" w:type="dxa"/>
        <w:tblLook w:val="04A0" w:firstRow="1" w:lastRow="0" w:firstColumn="1" w:lastColumn="0" w:noHBand="0" w:noVBand="1"/>
      </w:tblPr>
      <w:tblGrid>
        <w:gridCol w:w="5049"/>
        <w:gridCol w:w="4995"/>
      </w:tblGrid>
      <w:tr w:rsidR="000C23D6" w:rsidRPr="007D1F04" w14:paraId="035DDF9A" w14:textId="77777777" w:rsidTr="007D1F04">
        <w:tc>
          <w:tcPr>
            <w:tcW w:w="0" w:type="auto"/>
            <w:vAlign w:val="center"/>
          </w:tcPr>
          <w:p w14:paraId="163C0BA5" w14:textId="6DAD26F8" w:rsidR="000C23D6" w:rsidRPr="007D1F04" w:rsidRDefault="000C23D6" w:rsidP="000C23D6">
            <w:pPr>
              <w:spacing w:after="0" w:line="240" w:lineRule="auto"/>
              <w:jc w:val="center"/>
              <w:rPr>
                <w:rFonts w:ascii="Times New Roman" w:hAnsi="Times New Roman" w:cs="Times New Roman"/>
                <w:b/>
                <w:bCs/>
                <w:sz w:val="24"/>
                <w:szCs w:val="24"/>
                <w:lang w:val="ru-RU"/>
              </w:rPr>
            </w:pPr>
            <w:r w:rsidRPr="007D1F04">
              <w:rPr>
                <w:rFonts w:ascii="Times New Roman" w:hAnsi="Times New Roman" w:cs="Times New Roman"/>
                <w:b/>
                <w:bCs/>
                <w:sz w:val="24"/>
                <w:szCs w:val="24"/>
                <w:lang w:val="ru-RU"/>
              </w:rPr>
              <w:t xml:space="preserve">Инспектор </w:t>
            </w:r>
            <w:proofErr w:type="spellStart"/>
            <w:r w:rsidRPr="007D1F04">
              <w:rPr>
                <w:rFonts w:ascii="Times New Roman" w:hAnsi="Times New Roman" w:cs="Times New Roman"/>
                <w:b/>
                <w:bCs/>
                <w:sz w:val="24"/>
                <w:szCs w:val="24"/>
                <w:lang w:val="ru-RU"/>
              </w:rPr>
              <w:t>милдеттүү</w:t>
            </w:r>
            <w:proofErr w:type="spellEnd"/>
          </w:p>
        </w:tc>
        <w:tc>
          <w:tcPr>
            <w:tcW w:w="4995" w:type="dxa"/>
            <w:vAlign w:val="center"/>
          </w:tcPr>
          <w:p w14:paraId="1897672D" w14:textId="434E7B5D" w:rsidR="000C23D6" w:rsidRPr="007D1F04" w:rsidRDefault="000C23D6" w:rsidP="000C23D6">
            <w:pPr>
              <w:spacing w:after="0" w:line="240" w:lineRule="auto"/>
              <w:jc w:val="center"/>
              <w:rPr>
                <w:rFonts w:ascii="Times New Roman" w:hAnsi="Times New Roman" w:cs="Times New Roman"/>
                <w:b/>
                <w:bCs/>
                <w:sz w:val="24"/>
                <w:szCs w:val="24"/>
                <w:lang w:val="ru-RU"/>
              </w:rPr>
            </w:pPr>
            <w:r w:rsidRPr="007D1F04">
              <w:rPr>
                <w:rFonts w:ascii="Times New Roman" w:hAnsi="Times New Roman" w:cs="Times New Roman"/>
                <w:b/>
                <w:bCs/>
                <w:sz w:val="24"/>
                <w:szCs w:val="24"/>
                <w:lang w:val="ru-RU"/>
              </w:rPr>
              <w:t>Ишкер укуктуу</w:t>
            </w:r>
          </w:p>
        </w:tc>
      </w:tr>
      <w:tr w:rsidR="008777B4" w:rsidRPr="007D1F04" w14:paraId="6B2C308D" w14:textId="77777777" w:rsidTr="007D1F04">
        <w:tc>
          <w:tcPr>
            <w:tcW w:w="0" w:type="auto"/>
            <w:vAlign w:val="center"/>
          </w:tcPr>
          <w:p w14:paraId="74C600FE" w14:textId="77777777" w:rsidR="008777B4" w:rsidRPr="007D1F04" w:rsidRDefault="000321B4" w:rsidP="000C23D6">
            <w:pPr>
              <w:spacing w:after="0" w:line="240" w:lineRule="auto"/>
              <w:rPr>
                <w:rFonts w:ascii="Times New Roman" w:hAnsi="Times New Roman" w:cs="Times New Roman"/>
                <w:sz w:val="24"/>
                <w:szCs w:val="24"/>
              </w:rPr>
            </w:pPr>
            <w:proofErr w:type="spellStart"/>
            <w:r w:rsidRPr="007D1F04">
              <w:rPr>
                <w:rFonts w:ascii="Times New Roman" w:hAnsi="Times New Roman" w:cs="Times New Roman"/>
                <w:sz w:val="24"/>
                <w:szCs w:val="24"/>
              </w:rPr>
              <w:t>Компетенциянын</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текшерүүнүн</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негизинин</w:t>
            </w:r>
            <w:proofErr w:type="spellEnd"/>
            <w:r w:rsidRPr="007D1F04">
              <w:rPr>
                <w:rFonts w:ascii="Times New Roman" w:hAnsi="Times New Roman" w:cs="Times New Roman"/>
                <w:sz w:val="24"/>
                <w:szCs w:val="24"/>
              </w:rPr>
              <w:t xml:space="preserve"> жана </w:t>
            </w:r>
            <w:proofErr w:type="spellStart"/>
            <w:r w:rsidRPr="007D1F04">
              <w:rPr>
                <w:rFonts w:ascii="Times New Roman" w:hAnsi="Times New Roman" w:cs="Times New Roman"/>
                <w:sz w:val="24"/>
                <w:szCs w:val="24"/>
              </w:rPr>
              <w:t>предметинин</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чегинде</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аракеттенүүгө</w:t>
            </w:r>
            <w:proofErr w:type="spellEnd"/>
          </w:p>
        </w:tc>
        <w:tc>
          <w:tcPr>
            <w:tcW w:w="4995" w:type="dxa"/>
            <w:vAlign w:val="center"/>
          </w:tcPr>
          <w:p w14:paraId="6B20FA38"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Мыйзамдуу шашылыш учурлардан тышкары, документте көрсөтүлбөгөн адамдарды киргизбөөгө</w:t>
            </w:r>
          </w:p>
        </w:tc>
      </w:tr>
      <w:tr w:rsidR="008777B4" w:rsidRPr="007D1F04" w14:paraId="647BE5DF" w14:textId="77777777" w:rsidTr="007D1F04">
        <w:tc>
          <w:tcPr>
            <w:tcW w:w="0" w:type="auto"/>
            <w:vAlign w:val="center"/>
          </w:tcPr>
          <w:p w14:paraId="194F74F4"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Күбөлүгүн көрсөтүүгө жана тескөөчү документтин көчүрмөсүн берүүгө</w:t>
            </w:r>
          </w:p>
        </w:tc>
        <w:tc>
          <w:tcPr>
            <w:tcW w:w="4995" w:type="dxa"/>
            <w:vAlign w:val="center"/>
          </w:tcPr>
          <w:p w14:paraId="1846857E"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Күбөлүктү, документтин көчүрмөсүн жана журналга тиешелүү жазуу киргизүүнү талап кылууга</w:t>
            </w:r>
          </w:p>
        </w:tc>
      </w:tr>
      <w:tr w:rsidR="008777B4" w:rsidRPr="007D1F04" w14:paraId="4EBD29D6" w14:textId="77777777" w:rsidTr="007D1F04">
        <w:tc>
          <w:tcPr>
            <w:tcW w:w="0" w:type="auto"/>
            <w:vAlign w:val="center"/>
          </w:tcPr>
          <w:p w14:paraId="002E9793"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Текшерүүнү жумуш убактысында жана ыйгарым укуктуу өкүлдүн катышуусунда жүргүзүүгө</w:t>
            </w:r>
          </w:p>
        </w:tc>
        <w:tc>
          <w:tcPr>
            <w:tcW w:w="4995" w:type="dxa"/>
            <w:vAlign w:val="center"/>
          </w:tcPr>
          <w:p w14:paraId="167983AC"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Түшүндүрмө берүүгө, өкүл тартууга жана текшерүүнүн жүрүшүн мыйзамдуу жол менен каттоого</w:t>
            </w:r>
          </w:p>
        </w:tc>
      </w:tr>
      <w:tr w:rsidR="008777B4" w:rsidRPr="007D1F04" w14:paraId="78174C39" w14:textId="77777777" w:rsidTr="007D1F04">
        <w:tc>
          <w:tcPr>
            <w:tcW w:w="0" w:type="auto"/>
            <w:vAlign w:val="center"/>
          </w:tcPr>
          <w:p w14:paraId="49FAE278"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Текшерүүнүн предметине тиешелүү документтерди гана талап кылууга жана талаптардын укуктук негизин түшүндүрүүгө</w:t>
            </w:r>
          </w:p>
        </w:tc>
        <w:tc>
          <w:tcPr>
            <w:tcW w:w="4995" w:type="dxa"/>
            <w:vAlign w:val="center"/>
          </w:tcPr>
          <w:p w14:paraId="38CEFEF2"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Текшерүүнүн предметинен же компетенциядан тышкаркы талаптардан баш тартууга жана жазуу жүзүндөгү негизди суроого</w:t>
            </w:r>
          </w:p>
        </w:tc>
      </w:tr>
      <w:tr w:rsidR="008777B4" w:rsidRPr="007D1F04" w14:paraId="2D0996B4" w14:textId="77777777" w:rsidTr="007D1F04">
        <w:tc>
          <w:tcPr>
            <w:tcW w:w="0" w:type="auto"/>
            <w:vAlign w:val="center"/>
          </w:tcPr>
          <w:p w14:paraId="30D41D65"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Купуялуулукту сактоого жана жыйынтыктарды тариздөөгө</w:t>
            </w:r>
          </w:p>
        </w:tc>
        <w:tc>
          <w:tcPr>
            <w:tcW w:w="4995" w:type="dxa"/>
            <w:vAlign w:val="center"/>
          </w:tcPr>
          <w:p w14:paraId="54787ABD" w14:textId="77777777" w:rsidR="008777B4" w:rsidRPr="007D1F04" w:rsidRDefault="000321B4" w:rsidP="000C23D6">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Актыны алууга, эскертүүлөрдү тиркөөгө жана аракеттерге жана жыйынтыктарга даттанууга</w:t>
            </w:r>
          </w:p>
        </w:tc>
      </w:tr>
    </w:tbl>
    <w:p w14:paraId="568363FE" w14:textId="77777777" w:rsidR="007D1F04" w:rsidRDefault="000C23D6" w:rsidP="007D1F04">
      <w:pPr>
        <w:spacing w:after="0" w:line="240" w:lineRule="auto"/>
        <w:ind w:firstLine="709"/>
        <w:jc w:val="both"/>
        <w:rPr>
          <w:rFonts w:ascii="Times New Roman" w:hAnsi="Times New Roman" w:cs="Times New Roman"/>
          <w:b/>
          <w:bCs/>
          <w:sz w:val="28"/>
          <w:szCs w:val="28"/>
          <w:lang w:val="ru-RU"/>
        </w:rPr>
      </w:pPr>
      <w:proofErr w:type="spellStart"/>
      <w:r w:rsidRPr="007D1F04">
        <w:rPr>
          <w:rFonts w:ascii="Times New Roman" w:hAnsi="Times New Roman" w:cs="Times New Roman"/>
          <w:b/>
          <w:bCs/>
          <w:sz w:val="28"/>
          <w:szCs w:val="28"/>
        </w:rPr>
        <w:t>Текшерүүдөн</w:t>
      </w:r>
      <w:proofErr w:type="spellEnd"/>
      <w:r w:rsidRPr="007D1F04">
        <w:rPr>
          <w:rFonts w:ascii="Times New Roman" w:hAnsi="Times New Roman" w:cs="Times New Roman"/>
          <w:b/>
          <w:bCs/>
          <w:sz w:val="28"/>
          <w:szCs w:val="28"/>
        </w:rPr>
        <w:t xml:space="preserve"> </w:t>
      </w:r>
      <w:proofErr w:type="spellStart"/>
      <w:r w:rsidRPr="007D1F04">
        <w:rPr>
          <w:rFonts w:ascii="Times New Roman" w:hAnsi="Times New Roman" w:cs="Times New Roman"/>
          <w:b/>
          <w:bCs/>
          <w:sz w:val="28"/>
          <w:szCs w:val="28"/>
        </w:rPr>
        <w:t>кийин</w:t>
      </w:r>
      <w:proofErr w:type="spellEnd"/>
      <w:r w:rsidRPr="007D1F04">
        <w:rPr>
          <w:rFonts w:ascii="Times New Roman" w:hAnsi="Times New Roman" w:cs="Times New Roman"/>
          <w:b/>
          <w:bCs/>
          <w:sz w:val="28"/>
          <w:szCs w:val="28"/>
        </w:rPr>
        <w:t>:</w:t>
      </w:r>
    </w:p>
    <w:p w14:paraId="1AA92F94" w14:textId="77777777" w:rsidR="007D1F04" w:rsidRDefault="000321B4" w:rsidP="007D1F04">
      <w:pPr>
        <w:pStyle w:val="ae"/>
        <w:numPr>
          <w:ilvl w:val="0"/>
          <w:numId w:val="16"/>
        </w:numPr>
        <w:spacing w:after="0" w:line="240" w:lineRule="auto"/>
        <w:ind w:left="0" w:firstLine="360"/>
        <w:jc w:val="both"/>
        <w:rPr>
          <w:rFonts w:ascii="Times New Roman" w:hAnsi="Times New Roman" w:cs="Times New Roman"/>
          <w:sz w:val="28"/>
          <w:szCs w:val="28"/>
        </w:rPr>
      </w:pPr>
      <w:proofErr w:type="spellStart"/>
      <w:r w:rsidRPr="007D1F04">
        <w:rPr>
          <w:rFonts w:ascii="Times New Roman" w:hAnsi="Times New Roman" w:cs="Times New Roman"/>
          <w:sz w:val="28"/>
          <w:szCs w:val="28"/>
        </w:rPr>
        <w:t>Актынын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эки</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нускасынын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бирин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алып</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даталарды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аракеттердин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тизмесин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фактыларды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далилдерди</w:t>
      </w:r>
      <w:proofErr w:type="spellEnd"/>
      <w:r w:rsidRPr="007D1F04">
        <w:rPr>
          <w:rFonts w:ascii="Times New Roman" w:hAnsi="Times New Roman" w:cs="Times New Roman"/>
          <w:sz w:val="28"/>
          <w:szCs w:val="28"/>
        </w:rPr>
        <w:t xml:space="preserve"> жана </w:t>
      </w:r>
      <w:proofErr w:type="spellStart"/>
      <w:r w:rsidRPr="007D1F04">
        <w:rPr>
          <w:rFonts w:ascii="Times New Roman" w:hAnsi="Times New Roman" w:cs="Times New Roman"/>
          <w:sz w:val="28"/>
          <w:szCs w:val="28"/>
        </w:rPr>
        <w:t>укуктук</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нормаларды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текшериңиз</w:t>
      </w:r>
      <w:proofErr w:type="spellEnd"/>
      <w:r w:rsidRPr="007D1F04">
        <w:rPr>
          <w:rFonts w:ascii="Times New Roman" w:hAnsi="Times New Roman" w:cs="Times New Roman"/>
          <w:sz w:val="28"/>
          <w:szCs w:val="28"/>
        </w:rPr>
        <w:t>.</w:t>
      </w:r>
    </w:p>
    <w:p w14:paraId="75B1B431" w14:textId="77777777" w:rsidR="007D1F04" w:rsidRDefault="000321B4" w:rsidP="007D1F04">
      <w:pPr>
        <w:pStyle w:val="ae"/>
        <w:numPr>
          <w:ilvl w:val="0"/>
          <w:numId w:val="16"/>
        </w:numPr>
        <w:spacing w:after="0" w:line="240" w:lineRule="auto"/>
        <w:ind w:left="0" w:firstLine="360"/>
        <w:jc w:val="both"/>
        <w:rPr>
          <w:rFonts w:ascii="Times New Roman" w:hAnsi="Times New Roman" w:cs="Times New Roman"/>
          <w:sz w:val="28"/>
          <w:szCs w:val="28"/>
        </w:rPr>
      </w:pPr>
      <w:proofErr w:type="spellStart"/>
      <w:r w:rsidRPr="007D1F04">
        <w:rPr>
          <w:rFonts w:ascii="Times New Roman" w:hAnsi="Times New Roman" w:cs="Times New Roman"/>
          <w:sz w:val="28"/>
          <w:szCs w:val="28"/>
        </w:rPr>
        <w:t>Макул</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болбосоңуз</w:t>
      </w:r>
      <w:proofErr w:type="spellEnd"/>
      <w:r w:rsidRPr="007D1F04">
        <w:rPr>
          <w:rFonts w:ascii="Times New Roman" w:hAnsi="Times New Roman" w:cs="Times New Roman"/>
          <w:sz w:val="28"/>
          <w:szCs w:val="28"/>
        </w:rPr>
        <w:t>, «</w:t>
      </w:r>
      <w:proofErr w:type="spellStart"/>
      <w:r w:rsidRPr="007D1F04">
        <w:rPr>
          <w:rFonts w:ascii="Times New Roman" w:hAnsi="Times New Roman" w:cs="Times New Roman"/>
          <w:sz w:val="28"/>
          <w:szCs w:val="28"/>
        </w:rPr>
        <w:t>Актыга</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макул</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эмесмин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каршылыктар</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өзүнчө</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берилет</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деген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белги</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менен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кол</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коюңуз</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Кол</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коюудан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баш</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тартуунун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өзү</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актыны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жокко</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чыгарбайт</w:t>
      </w:r>
      <w:proofErr w:type="spellEnd"/>
      <w:r w:rsidRPr="007D1F04">
        <w:rPr>
          <w:rFonts w:ascii="Times New Roman" w:hAnsi="Times New Roman" w:cs="Times New Roman"/>
          <w:sz w:val="28"/>
          <w:szCs w:val="28"/>
        </w:rPr>
        <w:t>.</w:t>
      </w:r>
    </w:p>
    <w:p w14:paraId="19683569" w14:textId="77777777" w:rsidR="007D1F04" w:rsidRDefault="000321B4" w:rsidP="007D1F04">
      <w:pPr>
        <w:pStyle w:val="ae"/>
        <w:numPr>
          <w:ilvl w:val="0"/>
          <w:numId w:val="16"/>
        </w:numPr>
        <w:spacing w:after="0" w:line="240" w:lineRule="auto"/>
        <w:ind w:left="0" w:firstLine="360"/>
        <w:jc w:val="both"/>
        <w:rPr>
          <w:rFonts w:ascii="Times New Roman" w:hAnsi="Times New Roman" w:cs="Times New Roman"/>
          <w:sz w:val="28"/>
          <w:szCs w:val="28"/>
        </w:rPr>
      </w:pPr>
      <w:proofErr w:type="spellStart"/>
      <w:r w:rsidRPr="007D1F04">
        <w:rPr>
          <w:rFonts w:ascii="Times New Roman" w:hAnsi="Times New Roman" w:cs="Times New Roman"/>
          <w:sz w:val="28"/>
          <w:szCs w:val="28"/>
        </w:rPr>
        <w:t>Актыны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алгандан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кийин</w:t>
      </w:r>
      <w:proofErr w:type="spellEnd"/>
      <w:r w:rsidRPr="007D1F04">
        <w:rPr>
          <w:rFonts w:ascii="Times New Roman" w:hAnsi="Times New Roman" w:cs="Times New Roman"/>
          <w:sz w:val="28"/>
          <w:szCs w:val="28"/>
        </w:rPr>
        <w:t xml:space="preserve"> 10 </w:t>
      </w:r>
      <w:proofErr w:type="spellStart"/>
      <w:r w:rsidRPr="007D1F04">
        <w:rPr>
          <w:rFonts w:ascii="Times New Roman" w:hAnsi="Times New Roman" w:cs="Times New Roman"/>
          <w:sz w:val="28"/>
          <w:szCs w:val="28"/>
        </w:rPr>
        <w:t>күндөн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кечиктирбестен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жазуу</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жүзүндөгү</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түшүндүрмөлөрдү</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каршылыктарды</w:t>
      </w:r>
      <w:proofErr w:type="spellEnd"/>
      <w:r w:rsidRPr="007D1F04">
        <w:rPr>
          <w:rFonts w:ascii="Times New Roman" w:hAnsi="Times New Roman" w:cs="Times New Roman"/>
          <w:sz w:val="28"/>
          <w:szCs w:val="28"/>
        </w:rPr>
        <w:t xml:space="preserve"> жана </w:t>
      </w:r>
      <w:proofErr w:type="spellStart"/>
      <w:r w:rsidRPr="007D1F04">
        <w:rPr>
          <w:rFonts w:ascii="Times New Roman" w:hAnsi="Times New Roman" w:cs="Times New Roman"/>
          <w:sz w:val="28"/>
          <w:szCs w:val="28"/>
        </w:rPr>
        <w:t>ырастоочу</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документтерди</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жөнөтүңүз</w:t>
      </w:r>
      <w:proofErr w:type="spellEnd"/>
      <w:r w:rsidRPr="007D1F04">
        <w:rPr>
          <w:rFonts w:ascii="Times New Roman" w:hAnsi="Times New Roman" w:cs="Times New Roman"/>
          <w:sz w:val="28"/>
          <w:szCs w:val="28"/>
        </w:rPr>
        <w:t>.</w:t>
      </w:r>
    </w:p>
    <w:p w14:paraId="4BCF1004" w14:textId="77777777" w:rsidR="00627AF7" w:rsidRDefault="000321B4" w:rsidP="00627AF7">
      <w:pPr>
        <w:pStyle w:val="ae"/>
        <w:numPr>
          <w:ilvl w:val="0"/>
          <w:numId w:val="16"/>
        </w:numPr>
        <w:spacing w:after="0" w:line="240" w:lineRule="auto"/>
        <w:ind w:left="0" w:firstLine="360"/>
        <w:jc w:val="both"/>
        <w:rPr>
          <w:rFonts w:ascii="Times New Roman" w:hAnsi="Times New Roman" w:cs="Times New Roman"/>
          <w:sz w:val="28"/>
          <w:szCs w:val="28"/>
        </w:rPr>
      </w:pPr>
      <w:proofErr w:type="spellStart"/>
      <w:r w:rsidRPr="007D1F04">
        <w:rPr>
          <w:rFonts w:ascii="Times New Roman" w:hAnsi="Times New Roman" w:cs="Times New Roman"/>
          <w:sz w:val="28"/>
          <w:szCs w:val="28"/>
        </w:rPr>
        <w:t>Мыйзамсыз</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актыга</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аракетке</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аракетсиздикке</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узартууга</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же</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текшерүүнүн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жыйынтыгына</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белгиленген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административдик</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же</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соттук</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тартипте</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даттаныңыз</w:t>
      </w:r>
      <w:proofErr w:type="spellEnd"/>
      <w:r w:rsidRPr="007D1F04">
        <w:rPr>
          <w:rFonts w:ascii="Times New Roman" w:hAnsi="Times New Roman" w:cs="Times New Roman"/>
          <w:sz w:val="28"/>
          <w:szCs w:val="28"/>
        </w:rPr>
        <w:t>.</w:t>
      </w:r>
    </w:p>
    <w:p w14:paraId="18D6F5E0" w14:textId="77777777" w:rsidR="00627AF7" w:rsidRDefault="00627AF7" w:rsidP="00627AF7">
      <w:pPr>
        <w:spacing w:after="0" w:line="240" w:lineRule="auto"/>
        <w:jc w:val="both"/>
        <w:rPr>
          <w:rFonts w:ascii="Times New Roman" w:hAnsi="Times New Roman" w:cs="Times New Roman"/>
          <w:b/>
          <w:sz w:val="28"/>
          <w:szCs w:val="28"/>
        </w:rPr>
      </w:pPr>
    </w:p>
    <w:p w14:paraId="1DA72912" w14:textId="40264FFA" w:rsidR="007D1F04" w:rsidRPr="00627AF7" w:rsidRDefault="000321B4" w:rsidP="00627AF7">
      <w:pPr>
        <w:spacing w:after="0" w:line="240" w:lineRule="auto"/>
        <w:ind w:firstLine="709"/>
        <w:jc w:val="both"/>
        <w:rPr>
          <w:rFonts w:ascii="Times New Roman" w:hAnsi="Times New Roman" w:cs="Times New Roman"/>
          <w:sz w:val="28"/>
          <w:szCs w:val="28"/>
        </w:rPr>
      </w:pPr>
      <w:proofErr w:type="spellStart"/>
      <w:r w:rsidRPr="00627AF7">
        <w:rPr>
          <w:rFonts w:ascii="Times New Roman" w:hAnsi="Times New Roman" w:cs="Times New Roman"/>
          <w:b/>
          <w:sz w:val="28"/>
          <w:szCs w:val="28"/>
        </w:rPr>
        <w:t>Мораторий</w:t>
      </w:r>
      <w:proofErr w:type="spellEnd"/>
      <w:r w:rsidRPr="00627AF7">
        <w:rPr>
          <w:rFonts w:ascii="Times New Roman" w:hAnsi="Times New Roman" w:cs="Times New Roman"/>
          <w:b/>
          <w:sz w:val="28"/>
          <w:szCs w:val="28"/>
        </w:rPr>
        <w:t xml:space="preserve"> </w:t>
      </w:r>
      <w:proofErr w:type="spellStart"/>
      <w:r w:rsidRPr="00627AF7">
        <w:rPr>
          <w:rFonts w:ascii="Times New Roman" w:hAnsi="Times New Roman" w:cs="Times New Roman"/>
          <w:b/>
          <w:sz w:val="28"/>
          <w:szCs w:val="28"/>
        </w:rPr>
        <w:t>аяктагандан</w:t>
      </w:r>
      <w:proofErr w:type="spellEnd"/>
      <w:r w:rsidRPr="00627AF7">
        <w:rPr>
          <w:rFonts w:ascii="Times New Roman" w:hAnsi="Times New Roman" w:cs="Times New Roman"/>
          <w:b/>
          <w:sz w:val="28"/>
          <w:szCs w:val="28"/>
        </w:rPr>
        <w:t xml:space="preserve"> </w:t>
      </w:r>
      <w:proofErr w:type="spellStart"/>
      <w:r w:rsidRPr="00627AF7">
        <w:rPr>
          <w:rFonts w:ascii="Times New Roman" w:hAnsi="Times New Roman" w:cs="Times New Roman"/>
          <w:b/>
          <w:sz w:val="28"/>
          <w:szCs w:val="28"/>
        </w:rPr>
        <w:t>кийинки</w:t>
      </w:r>
      <w:proofErr w:type="spellEnd"/>
      <w:r w:rsidRPr="00627AF7">
        <w:rPr>
          <w:rFonts w:ascii="Times New Roman" w:hAnsi="Times New Roman" w:cs="Times New Roman"/>
          <w:b/>
          <w:sz w:val="28"/>
          <w:szCs w:val="28"/>
        </w:rPr>
        <w:t xml:space="preserve"> </w:t>
      </w:r>
      <w:proofErr w:type="spellStart"/>
      <w:r w:rsidRPr="00627AF7">
        <w:rPr>
          <w:rFonts w:ascii="Times New Roman" w:hAnsi="Times New Roman" w:cs="Times New Roman"/>
          <w:b/>
          <w:sz w:val="28"/>
          <w:szCs w:val="28"/>
        </w:rPr>
        <w:t>эрежелер</w:t>
      </w:r>
      <w:proofErr w:type="spellEnd"/>
      <w:r w:rsidRPr="00627AF7">
        <w:rPr>
          <w:rFonts w:ascii="Times New Roman" w:hAnsi="Times New Roman" w:cs="Times New Roman"/>
          <w:b/>
          <w:sz w:val="28"/>
          <w:szCs w:val="28"/>
        </w:rPr>
        <w:t>:</w:t>
      </w:r>
    </w:p>
    <w:p w14:paraId="5CB016E2" w14:textId="240E53C0" w:rsidR="008777B4" w:rsidRDefault="000321B4" w:rsidP="007D1F04">
      <w:pPr>
        <w:keepNext/>
        <w:spacing w:after="0" w:line="240" w:lineRule="auto"/>
        <w:ind w:firstLine="709"/>
        <w:jc w:val="both"/>
        <w:rPr>
          <w:rFonts w:ascii="Times New Roman" w:hAnsi="Times New Roman" w:cs="Times New Roman"/>
          <w:sz w:val="28"/>
          <w:szCs w:val="28"/>
        </w:rPr>
      </w:pPr>
      <w:proofErr w:type="spellStart"/>
      <w:r w:rsidRPr="000C23D6">
        <w:rPr>
          <w:rFonts w:ascii="Times New Roman" w:hAnsi="Times New Roman" w:cs="Times New Roman"/>
          <w:sz w:val="28"/>
          <w:szCs w:val="28"/>
        </w:rPr>
        <w:t>Жалпы</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эреже</w:t>
      </w:r>
      <w:proofErr w:type="spellEnd"/>
      <w:r w:rsidRPr="000C23D6">
        <w:rPr>
          <w:rFonts w:ascii="Times New Roman" w:hAnsi="Times New Roman" w:cs="Times New Roman"/>
          <w:sz w:val="28"/>
          <w:szCs w:val="28"/>
        </w:rPr>
        <w:t xml:space="preserve"> боюнча </w:t>
      </w:r>
      <w:proofErr w:type="spellStart"/>
      <w:r w:rsidRPr="000C23D6">
        <w:rPr>
          <w:rFonts w:ascii="Times New Roman" w:hAnsi="Times New Roman" w:cs="Times New Roman"/>
          <w:sz w:val="28"/>
          <w:szCs w:val="28"/>
        </w:rPr>
        <w:t>пландуу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жөнүндө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кеминде</w:t>
      </w:r>
      <w:proofErr w:type="spellEnd"/>
      <w:r w:rsidRPr="000C23D6">
        <w:rPr>
          <w:rFonts w:ascii="Times New Roman" w:hAnsi="Times New Roman" w:cs="Times New Roman"/>
          <w:sz w:val="28"/>
          <w:szCs w:val="28"/>
        </w:rPr>
        <w:t xml:space="preserve"> 10 </w:t>
      </w:r>
      <w:proofErr w:type="spellStart"/>
      <w:r w:rsidRPr="000C23D6">
        <w:rPr>
          <w:rFonts w:ascii="Times New Roman" w:hAnsi="Times New Roman" w:cs="Times New Roman"/>
          <w:sz w:val="28"/>
          <w:szCs w:val="28"/>
        </w:rPr>
        <w:t>календардык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мурда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жазуу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жүзүндө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билдирилет</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Өзгөчөлүк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экологиялык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коопсуздук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lastRenderedPageBreak/>
        <w:t>маселелери</w:t>
      </w:r>
      <w:proofErr w:type="spellEnd"/>
      <w:r w:rsidRPr="000C23D6">
        <w:rPr>
          <w:rFonts w:ascii="Times New Roman" w:hAnsi="Times New Roman" w:cs="Times New Roman"/>
          <w:sz w:val="28"/>
          <w:szCs w:val="28"/>
        </w:rPr>
        <w:t xml:space="preserve"> боюнча </w:t>
      </w:r>
      <w:proofErr w:type="spellStart"/>
      <w:r w:rsidRPr="000C23D6">
        <w:rPr>
          <w:rFonts w:ascii="Times New Roman" w:hAnsi="Times New Roman" w:cs="Times New Roman"/>
          <w:sz w:val="28"/>
          <w:szCs w:val="28"/>
        </w:rPr>
        <w:t>пландуу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текшерүүлөр</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алдын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ала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билдирүүсүз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жүргүзүлөт</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Пландуу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w:t>
      </w:r>
      <w:proofErr w:type="spellEnd"/>
      <w:r w:rsidRPr="000C23D6">
        <w:rPr>
          <w:rFonts w:ascii="Times New Roman" w:hAnsi="Times New Roman" w:cs="Times New Roman"/>
          <w:sz w:val="28"/>
          <w:szCs w:val="28"/>
        </w:rPr>
        <w:t xml:space="preserve"> 15 </w:t>
      </w:r>
      <w:proofErr w:type="spellStart"/>
      <w:r w:rsidRPr="000C23D6">
        <w:rPr>
          <w:rFonts w:ascii="Times New Roman" w:hAnsi="Times New Roman" w:cs="Times New Roman"/>
          <w:sz w:val="28"/>
          <w:szCs w:val="28"/>
        </w:rPr>
        <w:t>жумуш</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күнүнө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чейин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чакан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ишкердик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субъекти</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үчүн</w:t>
      </w:r>
      <w:proofErr w:type="spellEnd"/>
      <w:r w:rsidRPr="000C23D6">
        <w:rPr>
          <w:rFonts w:ascii="Times New Roman" w:hAnsi="Times New Roman" w:cs="Times New Roman"/>
          <w:sz w:val="28"/>
          <w:szCs w:val="28"/>
        </w:rPr>
        <w:t xml:space="preserve"> 5 </w:t>
      </w:r>
      <w:proofErr w:type="spellStart"/>
      <w:r w:rsidRPr="000C23D6">
        <w:rPr>
          <w:rFonts w:ascii="Times New Roman" w:hAnsi="Times New Roman" w:cs="Times New Roman"/>
          <w:sz w:val="28"/>
          <w:szCs w:val="28"/>
        </w:rPr>
        <w:t>жумуш</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күнүнө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чейин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пландан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тышкаркы</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w:t>
      </w:r>
      <w:proofErr w:type="spellEnd"/>
      <w:r w:rsidRPr="000C23D6">
        <w:rPr>
          <w:rFonts w:ascii="Times New Roman" w:hAnsi="Times New Roman" w:cs="Times New Roman"/>
          <w:sz w:val="28"/>
          <w:szCs w:val="28"/>
        </w:rPr>
        <w:t xml:space="preserve"> 3 </w:t>
      </w:r>
      <w:proofErr w:type="spellStart"/>
      <w:r w:rsidRPr="000C23D6">
        <w:rPr>
          <w:rFonts w:ascii="Times New Roman" w:hAnsi="Times New Roman" w:cs="Times New Roman"/>
          <w:sz w:val="28"/>
          <w:szCs w:val="28"/>
        </w:rPr>
        <w:t>жумуш</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күнүнө</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чейин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созулат</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Өмүргө</w:t>
      </w:r>
      <w:proofErr w:type="spellEnd"/>
      <w:r w:rsidRPr="000C23D6">
        <w:rPr>
          <w:rFonts w:ascii="Times New Roman" w:hAnsi="Times New Roman" w:cs="Times New Roman"/>
          <w:sz w:val="28"/>
          <w:szCs w:val="28"/>
        </w:rPr>
        <w:t xml:space="preserve"> жана </w:t>
      </w:r>
      <w:proofErr w:type="spellStart"/>
      <w:r w:rsidRPr="000C23D6">
        <w:rPr>
          <w:rFonts w:ascii="Times New Roman" w:hAnsi="Times New Roman" w:cs="Times New Roman"/>
          <w:sz w:val="28"/>
          <w:szCs w:val="28"/>
        </w:rPr>
        <w:t>ден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соолукка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коркунуч</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туулганда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ошондой</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эле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экологиялык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техногендик</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авария</w:t>
      </w:r>
      <w:proofErr w:type="spellEnd"/>
      <w:r w:rsidRPr="000C23D6">
        <w:rPr>
          <w:rFonts w:ascii="Times New Roman" w:hAnsi="Times New Roman" w:cs="Times New Roman"/>
          <w:sz w:val="28"/>
          <w:szCs w:val="28"/>
        </w:rPr>
        <w:t xml:space="preserve"> болгон </w:t>
      </w:r>
      <w:proofErr w:type="spellStart"/>
      <w:r w:rsidRPr="000C23D6">
        <w:rPr>
          <w:rFonts w:ascii="Times New Roman" w:hAnsi="Times New Roman" w:cs="Times New Roman"/>
          <w:sz w:val="28"/>
          <w:szCs w:val="28"/>
        </w:rPr>
        <w:t>учурда</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жазуу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жүзүндөгү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жолдомосуз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күтүүсүз</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текшерүү</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жүргүзүлүп</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кийин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ишкердикти</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өнүктүрүү</w:t>
      </w:r>
      <w:proofErr w:type="spellEnd"/>
      <w:r w:rsidRPr="000C23D6">
        <w:rPr>
          <w:rFonts w:ascii="Times New Roman" w:hAnsi="Times New Roman" w:cs="Times New Roman"/>
          <w:sz w:val="28"/>
          <w:szCs w:val="28"/>
        </w:rPr>
        <w:t xml:space="preserve"> боюнча </w:t>
      </w:r>
      <w:proofErr w:type="spellStart"/>
      <w:r w:rsidRPr="000C23D6">
        <w:rPr>
          <w:rFonts w:ascii="Times New Roman" w:hAnsi="Times New Roman" w:cs="Times New Roman"/>
          <w:sz w:val="28"/>
          <w:szCs w:val="28"/>
        </w:rPr>
        <w:t>ыйгарым</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укуктуу</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органга</w:t>
      </w:r>
      <w:proofErr w:type="spellEnd"/>
      <w:r w:rsidRPr="000C23D6">
        <w:rPr>
          <w:rFonts w:ascii="Times New Roman" w:hAnsi="Times New Roman" w:cs="Times New Roman"/>
          <w:sz w:val="28"/>
          <w:szCs w:val="28"/>
        </w:rPr>
        <w:t xml:space="preserve"> 7 </w:t>
      </w:r>
      <w:proofErr w:type="spellStart"/>
      <w:r w:rsidRPr="000C23D6">
        <w:rPr>
          <w:rFonts w:ascii="Times New Roman" w:hAnsi="Times New Roman" w:cs="Times New Roman"/>
          <w:sz w:val="28"/>
          <w:szCs w:val="28"/>
        </w:rPr>
        <w:t>жумуш</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күнүнүн</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ичинде</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билдирилиши</w:t>
      </w:r>
      <w:proofErr w:type="spellEnd"/>
      <w:r w:rsidRPr="000C23D6">
        <w:rPr>
          <w:rFonts w:ascii="Times New Roman" w:hAnsi="Times New Roman" w:cs="Times New Roman"/>
          <w:sz w:val="28"/>
          <w:szCs w:val="28"/>
        </w:rPr>
        <w:t xml:space="preserve"> </w:t>
      </w:r>
      <w:proofErr w:type="spellStart"/>
      <w:r w:rsidRPr="000C23D6">
        <w:rPr>
          <w:rFonts w:ascii="Times New Roman" w:hAnsi="Times New Roman" w:cs="Times New Roman"/>
          <w:sz w:val="28"/>
          <w:szCs w:val="28"/>
        </w:rPr>
        <w:t>мүмкүн</w:t>
      </w:r>
      <w:proofErr w:type="spellEnd"/>
      <w:r w:rsidRPr="000C23D6">
        <w:rPr>
          <w:rFonts w:ascii="Times New Roman" w:hAnsi="Times New Roman" w:cs="Times New Roman"/>
          <w:sz w:val="28"/>
          <w:szCs w:val="28"/>
        </w:rPr>
        <w:t>.</w:t>
      </w:r>
    </w:p>
    <w:p w14:paraId="54AFC145" w14:textId="759649B5" w:rsidR="007D1F04" w:rsidRDefault="007D1F04" w:rsidP="007D1F04">
      <w:pPr>
        <w:keepNext/>
        <w:spacing w:after="0" w:line="240" w:lineRule="auto"/>
        <w:ind w:firstLine="709"/>
        <w:jc w:val="both"/>
        <w:rPr>
          <w:rFonts w:ascii="Times New Roman" w:hAnsi="Times New Roman" w:cs="Times New Roman"/>
          <w:sz w:val="28"/>
          <w:szCs w:val="28"/>
        </w:rPr>
      </w:pPr>
    </w:p>
    <w:p w14:paraId="21969633" w14:textId="7F6DED34" w:rsidR="007D1F04" w:rsidRPr="007D1F04" w:rsidRDefault="007D1F04" w:rsidP="007D1F04">
      <w:pPr>
        <w:keepNext/>
        <w:spacing w:after="0" w:line="240" w:lineRule="auto"/>
        <w:ind w:firstLine="709"/>
        <w:jc w:val="center"/>
        <w:rPr>
          <w:rFonts w:ascii="Times New Roman" w:hAnsi="Times New Roman" w:cs="Times New Roman"/>
          <w:b/>
          <w:bCs/>
          <w:sz w:val="28"/>
          <w:szCs w:val="28"/>
          <w:lang w:val="ru-RU"/>
        </w:rPr>
      </w:pPr>
      <w:r w:rsidRPr="007D1F04">
        <w:rPr>
          <w:rFonts w:ascii="Times New Roman" w:hAnsi="Times New Roman" w:cs="Times New Roman"/>
          <w:b/>
          <w:bCs/>
          <w:sz w:val="28"/>
          <w:szCs w:val="28"/>
          <w:lang w:val="ru-RU"/>
        </w:rPr>
        <w:t>Коррупциянын алдын алуу</w:t>
      </w:r>
    </w:p>
    <w:p w14:paraId="6A6ABA22" w14:textId="77777777" w:rsidR="008777B4" w:rsidRPr="007D1F04" w:rsidRDefault="000321B4" w:rsidP="007D1F04">
      <w:pPr>
        <w:spacing w:after="0" w:line="240" w:lineRule="auto"/>
        <w:ind w:firstLine="709"/>
        <w:jc w:val="both"/>
        <w:rPr>
          <w:rFonts w:ascii="Times New Roman" w:hAnsi="Times New Roman" w:cs="Times New Roman"/>
          <w:sz w:val="28"/>
          <w:szCs w:val="28"/>
        </w:rPr>
      </w:pPr>
      <w:r w:rsidRPr="007D1F04">
        <w:rPr>
          <w:rFonts w:ascii="Times New Roman" w:hAnsi="Times New Roman" w:cs="Times New Roman"/>
          <w:sz w:val="28"/>
          <w:szCs w:val="28"/>
        </w:rPr>
        <w:t xml:space="preserve">2026-жылдан тартып Кыргыз Республикасынын 2026-жылдын 13-февралындагы № 14 «Коррупцияга каршы аракеттенүү жөнүндө» жаңы Мыйзам колдонулат. Ал коррупциялык тобокелдиктердин алдын алууну, кызыкчылыктардын кагылышын жөнгө салууну, жол-жоболордун ачыктыгын, коомчулуктун </w:t>
      </w:r>
      <w:proofErr w:type="spellStart"/>
      <w:r w:rsidRPr="007D1F04">
        <w:rPr>
          <w:rFonts w:ascii="Times New Roman" w:hAnsi="Times New Roman" w:cs="Times New Roman"/>
          <w:sz w:val="28"/>
          <w:szCs w:val="28"/>
        </w:rPr>
        <w:t>катышуусун</w:t>
      </w:r>
      <w:proofErr w:type="spellEnd"/>
      <w:r w:rsidRPr="007D1F04">
        <w:rPr>
          <w:rFonts w:ascii="Times New Roman" w:hAnsi="Times New Roman" w:cs="Times New Roman"/>
          <w:sz w:val="28"/>
          <w:szCs w:val="28"/>
        </w:rPr>
        <w:t xml:space="preserve"> жана </w:t>
      </w:r>
      <w:proofErr w:type="spellStart"/>
      <w:r w:rsidRPr="007D1F04">
        <w:rPr>
          <w:rFonts w:ascii="Times New Roman" w:hAnsi="Times New Roman" w:cs="Times New Roman"/>
          <w:sz w:val="28"/>
          <w:szCs w:val="28"/>
        </w:rPr>
        <w:t>коррупциялык</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укук</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бузуулар</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жөнүндө</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билдирген</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адамдарды</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коргоону</w:t>
      </w:r>
      <w:proofErr w:type="spellEnd"/>
      <w:r w:rsidRPr="007D1F04">
        <w:rPr>
          <w:rFonts w:ascii="Times New Roman" w:hAnsi="Times New Roman" w:cs="Times New Roman"/>
          <w:sz w:val="28"/>
          <w:szCs w:val="28"/>
        </w:rPr>
        <w:t xml:space="preserve"> </w:t>
      </w:r>
      <w:proofErr w:type="spellStart"/>
      <w:r w:rsidRPr="007D1F04">
        <w:rPr>
          <w:rFonts w:ascii="Times New Roman" w:hAnsi="Times New Roman" w:cs="Times New Roman"/>
          <w:sz w:val="28"/>
          <w:szCs w:val="28"/>
        </w:rPr>
        <w:t>карайт</w:t>
      </w:r>
      <w:proofErr w:type="spellEnd"/>
      <w:r w:rsidRPr="007D1F04">
        <w:rPr>
          <w:rFonts w:ascii="Times New Roman" w:hAnsi="Times New Roman" w:cs="Times New Roman"/>
          <w:sz w:val="28"/>
          <w:szCs w:val="28"/>
        </w:rPr>
        <w:t>.</w:t>
      </w:r>
    </w:p>
    <w:tbl>
      <w:tblPr>
        <w:tblStyle w:val="aff0"/>
        <w:tblW w:w="0" w:type="auto"/>
        <w:tblInd w:w="108" w:type="dxa"/>
        <w:tblLook w:val="04A0" w:firstRow="1" w:lastRow="0" w:firstColumn="1" w:lastColumn="0" w:noHBand="0" w:noVBand="1"/>
      </w:tblPr>
      <w:tblGrid>
        <w:gridCol w:w="4811"/>
        <w:gridCol w:w="5233"/>
      </w:tblGrid>
      <w:tr w:rsidR="007D1F04" w:rsidRPr="007D1F04" w14:paraId="6A755D66" w14:textId="77777777" w:rsidTr="007D1F04">
        <w:tc>
          <w:tcPr>
            <w:tcW w:w="0" w:type="auto"/>
            <w:vAlign w:val="center"/>
          </w:tcPr>
          <w:p w14:paraId="04BCD0A9" w14:textId="1F13F20E" w:rsidR="007D1F04" w:rsidRPr="007D1F04" w:rsidRDefault="007D1F04" w:rsidP="007D1F04">
            <w:pPr>
              <w:spacing w:after="0" w:line="240" w:lineRule="auto"/>
              <w:jc w:val="center"/>
              <w:rPr>
                <w:rFonts w:ascii="Times New Roman" w:hAnsi="Times New Roman" w:cs="Times New Roman"/>
                <w:b/>
                <w:bCs/>
                <w:sz w:val="24"/>
                <w:szCs w:val="24"/>
                <w:lang w:val="ru-RU"/>
              </w:rPr>
            </w:pPr>
            <w:r w:rsidRPr="007D1F04">
              <w:rPr>
                <w:rFonts w:ascii="Times New Roman" w:hAnsi="Times New Roman" w:cs="Times New Roman"/>
                <w:b/>
                <w:bCs/>
                <w:sz w:val="24"/>
                <w:szCs w:val="24"/>
                <w:lang w:val="ru-RU"/>
              </w:rPr>
              <w:t>Кооптуу белги</w:t>
            </w:r>
          </w:p>
        </w:tc>
        <w:tc>
          <w:tcPr>
            <w:tcW w:w="0" w:type="auto"/>
            <w:vAlign w:val="center"/>
          </w:tcPr>
          <w:p w14:paraId="5A9D954C" w14:textId="4CD0C5D5" w:rsidR="007D1F04" w:rsidRPr="007D1F04" w:rsidRDefault="007D1F04" w:rsidP="007D1F04">
            <w:pPr>
              <w:spacing w:after="0" w:line="240" w:lineRule="auto"/>
              <w:jc w:val="center"/>
              <w:rPr>
                <w:rFonts w:ascii="Times New Roman" w:hAnsi="Times New Roman" w:cs="Times New Roman"/>
                <w:b/>
                <w:bCs/>
                <w:sz w:val="24"/>
                <w:szCs w:val="24"/>
                <w:lang w:val="ru-RU"/>
              </w:rPr>
            </w:pPr>
            <w:proofErr w:type="spellStart"/>
            <w:r w:rsidRPr="007D1F04">
              <w:rPr>
                <w:rFonts w:ascii="Times New Roman" w:hAnsi="Times New Roman" w:cs="Times New Roman"/>
                <w:b/>
                <w:bCs/>
                <w:sz w:val="24"/>
                <w:szCs w:val="24"/>
                <w:lang w:val="ru-RU"/>
              </w:rPr>
              <w:t>Коопсуз</w:t>
            </w:r>
            <w:proofErr w:type="spellEnd"/>
            <w:r w:rsidRPr="007D1F04">
              <w:rPr>
                <w:rFonts w:ascii="Times New Roman" w:hAnsi="Times New Roman" w:cs="Times New Roman"/>
                <w:b/>
                <w:bCs/>
                <w:sz w:val="24"/>
                <w:szCs w:val="24"/>
                <w:lang w:val="ru-RU"/>
              </w:rPr>
              <w:t xml:space="preserve"> </w:t>
            </w:r>
            <w:proofErr w:type="spellStart"/>
            <w:r w:rsidRPr="007D1F04">
              <w:rPr>
                <w:rFonts w:ascii="Times New Roman" w:hAnsi="Times New Roman" w:cs="Times New Roman"/>
                <w:b/>
                <w:bCs/>
                <w:sz w:val="24"/>
                <w:szCs w:val="24"/>
                <w:lang w:val="ru-RU"/>
              </w:rPr>
              <w:t>аракет</w:t>
            </w:r>
            <w:proofErr w:type="spellEnd"/>
          </w:p>
        </w:tc>
      </w:tr>
      <w:tr w:rsidR="008777B4" w:rsidRPr="007D1F04" w14:paraId="42D1A56E" w14:textId="77777777" w:rsidTr="007D1F04">
        <w:tc>
          <w:tcPr>
            <w:tcW w:w="0" w:type="auto"/>
            <w:vAlign w:val="center"/>
          </w:tcPr>
          <w:p w14:paraId="3275EC1E" w14:textId="77777777" w:rsidR="008777B4" w:rsidRPr="007D1F04" w:rsidRDefault="000321B4" w:rsidP="007D1F04">
            <w:pPr>
              <w:spacing w:after="0" w:line="240" w:lineRule="auto"/>
              <w:rPr>
                <w:rFonts w:ascii="Times New Roman" w:hAnsi="Times New Roman" w:cs="Times New Roman"/>
                <w:sz w:val="24"/>
                <w:szCs w:val="24"/>
              </w:rPr>
            </w:pPr>
            <w:proofErr w:type="spellStart"/>
            <w:r w:rsidRPr="007D1F04">
              <w:rPr>
                <w:rFonts w:ascii="Times New Roman" w:hAnsi="Times New Roman" w:cs="Times New Roman"/>
                <w:sz w:val="24"/>
                <w:szCs w:val="24"/>
              </w:rPr>
              <w:t>Накталай</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акча</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же</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белек</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берүүнү</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жеке</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картага</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акча</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которууну</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кызмат</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көрсөтүүнү</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же</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арзандатуу</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берүүнү</w:t>
            </w:r>
            <w:proofErr w:type="spellEnd"/>
            <w:r w:rsidRPr="007D1F04">
              <w:rPr>
                <w:rFonts w:ascii="Times New Roman" w:hAnsi="Times New Roman" w:cs="Times New Roman"/>
                <w:sz w:val="24"/>
                <w:szCs w:val="24"/>
              </w:rPr>
              <w:t xml:space="preserve"> </w:t>
            </w:r>
            <w:proofErr w:type="spellStart"/>
            <w:r w:rsidRPr="007D1F04">
              <w:rPr>
                <w:rFonts w:ascii="Times New Roman" w:hAnsi="Times New Roman" w:cs="Times New Roman"/>
                <w:sz w:val="24"/>
                <w:szCs w:val="24"/>
              </w:rPr>
              <w:t>сурашат</w:t>
            </w:r>
            <w:proofErr w:type="spellEnd"/>
          </w:p>
        </w:tc>
        <w:tc>
          <w:tcPr>
            <w:tcW w:w="0" w:type="auto"/>
            <w:vAlign w:val="center"/>
          </w:tcPr>
          <w:p w14:paraId="70F003E0"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Пайда бербеңиз. Расмий негизди, төлөм реквизиттерин жана чекти сураңыз</w:t>
            </w:r>
          </w:p>
        </w:tc>
      </w:tr>
      <w:tr w:rsidR="008777B4" w:rsidRPr="007D1F04" w14:paraId="35B667DE" w14:textId="77777777" w:rsidTr="007D1F04">
        <w:tc>
          <w:tcPr>
            <w:tcW w:w="0" w:type="auto"/>
            <w:vAlign w:val="center"/>
          </w:tcPr>
          <w:p w14:paraId="7FC44CF1"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Жол-жободон тышкары тездетүүнү, оң корутундуну камсыз кылууну же бузууну алып салууну убада кылышат</w:t>
            </w:r>
          </w:p>
        </w:tc>
        <w:tc>
          <w:tcPr>
            <w:tcW w:w="0" w:type="auto"/>
            <w:vAlign w:val="center"/>
          </w:tcPr>
          <w:p w14:paraId="28C8AD8B"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Расмий каттоо жана жазуу жүзүндөгү чечимдер аркылуу гана улантыңыз</w:t>
            </w:r>
          </w:p>
        </w:tc>
      </w:tr>
      <w:tr w:rsidR="008777B4" w:rsidRPr="007D1F04" w14:paraId="27277B1F" w14:textId="77777777" w:rsidTr="007D1F04">
        <w:tc>
          <w:tcPr>
            <w:tcW w:w="0" w:type="auto"/>
            <w:vAlign w:val="center"/>
          </w:tcPr>
          <w:p w14:paraId="31BB763B"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Ашыкча документтерди талап кылышат же критерийлерди жашырышат</w:t>
            </w:r>
          </w:p>
        </w:tc>
        <w:tc>
          <w:tcPr>
            <w:tcW w:w="0" w:type="auto"/>
            <w:vAlign w:val="center"/>
          </w:tcPr>
          <w:p w14:paraId="7FB39351"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Так норманы, тизмени жана жазуу жүзүндөгү чечимди сураңыз</w:t>
            </w:r>
          </w:p>
        </w:tc>
      </w:tr>
      <w:tr w:rsidR="008777B4" w:rsidRPr="007D1F04" w14:paraId="223EDEC6" w14:textId="77777777" w:rsidTr="007D1F04">
        <w:tc>
          <w:tcPr>
            <w:tcW w:w="0" w:type="auto"/>
            <w:vAlign w:val="center"/>
          </w:tcPr>
          <w:p w14:paraId="30AB0EEF"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Инспектор тууганынын, байланыштуу жактын же атаандаштын кызыкчылыгында аракеттенет</w:t>
            </w:r>
          </w:p>
        </w:tc>
        <w:tc>
          <w:tcPr>
            <w:tcW w:w="0" w:type="auto"/>
            <w:vAlign w:val="center"/>
          </w:tcPr>
          <w:p w14:paraId="2D68A2EB"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Кызыкчылыктардын мүмкүн болгон кагылышы тууралуу жетекчиге жана расмий коррупцияга каршы каналга билдириңиз</w:t>
            </w:r>
          </w:p>
        </w:tc>
      </w:tr>
      <w:tr w:rsidR="008777B4" w:rsidRPr="007D1F04" w14:paraId="6B3001FE" w14:textId="77777777" w:rsidTr="007D1F04">
        <w:tc>
          <w:tcPr>
            <w:tcW w:w="0" w:type="auto"/>
            <w:vAlign w:val="center"/>
          </w:tcPr>
          <w:p w14:paraId="60F51DC1"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Актысыз санкция менен коркутушат же бош же датасы жок документке кол коюуну сунушташат</w:t>
            </w:r>
          </w:p>
        </w:tc>
        <w:tc>
          <w:tcPr>
            <w:tcW w:w="0" w:type="auto"/>
            <w:vAlign w:val="center"/>
          </w:tcPr>
          <w:p w14:paraId="36836E6C"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Бош документтерге кол койбоңуз; аракетти жана негизди жазуу жүзүндө тариздөөнү талап кылыңыз</w:t>
            </w:r>
          </w:p>
        </w:tc>
      </w:tr>
      <w:tr w:rsidR="008777B4" w:rsidRPr="007D1F04" w14:paraId="0EB026C1" w14:textId="77777777" w:rsidTr="007D1F04">
        <w:tc>
          <w:tcPr>
            <w:tcW w:w="0" w:type="auto"/>
            <w:vAlign w:val="center"/>
          </w:tcPr>
          <w:p w14:paraId="2BC96888"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Органдын ичинде «маселени чечкен» ортомчуну пайдаланууну сунушташат</w:t>
            </w:r>
          </w:p>
        </w:tc>
        <w:tc>
          <w:tcPr>
            <w:tcW w:w="0" w:type="auto"/>
            <w:vAlign w:val="center"/>
          </w:tcPr>
          <w:p w14:paraId="68BBFB9A" w14:textId="77777777" w:rsidR="008777B4" w:rsidRPr="007D1F04" w:rsidRDefault="000321B4" w:rsidP="007D1F04">
            <w:pPr>
              <w:spacing w:after="0" w:line="240" w:lineRule="auto"/>
              <w:rPr>
                <w:rFonts w:ascii="Times New Roman" w:hAnsi="Times New Roman" w:cs="Times New Roman"/>
                <w:sz w:val="24"/>
                <w:szCs w:val="24"/>
              </w:rPr>
            </w:pPr>
            <w:r w:rsidRPr="007D1F04">
              <w:rPr>
                <w:rFonts w:ascii="Times New Roman" w:hAnsi="Times New Roman" w:cs="Times New Roman"/>
                <w:sz w:val="24"/>
                <w:szCs w:val="24"/>
              </w:rPr>
              <w:t>Макул болбоңуз; ыйгарым укуктарды текшерип, фактылар тууралуу билдириңиз</w:t>
            </w:r>
          </w:p>
        </w:tc>
      </w:tr>
    </w:tbl>
    <w:p w14:paraId="70A219C0" w14:textId="15C2CAD8" w:rsidR="00EA236A" w:rsidRPr="00EA236A" w:rsidRDefault="00EA236A" w:rsidP="00EA236A">
      <w:pPr>
        <w:spacing w:after="0" w:line="240" w:lineRule="auto"/>
        <w:rPr>
          <w:sz w:val="28"/>
          <w:szCs w:val="28"/>
        </w:rPr>
      </w:pPr>
    </w:p>
    <w:p w14:paraId="034DFFBF" w14:textId="77777777" w:rsidR="00EA236A" w:rsidRPr="00EA236A" w:rsidRDefault="00EA236A" w:rsidP="00EA236A">
      <w:pPr>
        <w:spacing w:after="0" w:line="240" w:lineRule="auto"/>
        <w:ind w:firstLine="709"/>
        <w:jc w:val="both"/>
        <w:rPr>
          <w:rFonts w:ascii="Times New Roman" w:hAnsi="Times New Roman" w:cs="Times New Roman"/>
          <w:b/>
          <w:bCs/>
          <w:sz w:val="28"/>
          <w:szCs w:val="28"/>
          <w:lang w:val="ru-RU"/>
        </w:rPr>
      </w:pPr>
      <w:proofErr w:type="spellStart"/>
      <w:r w:rsidRPr="00EA236A">
        <w:rPr>
          <w:rFonts w:ascii="Times New Roman" w:hAnsi="Times New Roman" w:cs="Times New Roman"/>
          <w:b/>
          <w:bCs/>
          <w:sz w:val="28"/>
          <w:szCs w:val="28"/>
        </w:rPr>
        <w:t>Коррупциялык</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талап</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коюлганда</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аракеттенүү</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алгоритми</w:t>
      </w:r>
      <w:proofErr w:type="spellEnd"/>
      <w:r w:rsidRPr="00EA236A">
        <w:rPr>
          <w:rFonts w:ascii="Times New Roman" w:hAnsi="Times New Roman" w:cs="Times New Roman"/>
          <w:b/>
          <w:bCs/>
          <w:sz w:val="28"/>
          <w:szCs w:val="28"/>
        </w:rPr>
        <w:t>:</w:t>
      </w:r>
    </w:p>
    <w:p w14:paraId="46A08B5A" w14:textId="77777777" w:rsidR="00EA236A"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t>Акча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белек</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кызмат</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же</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башка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пайда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бербеңиз</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аларды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берүүгө</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убада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кылбаңыз</w:t>
      </w:r>
      <w:proofErr w:type="spellEnd"/>
      <w:r w:rsidRPr="00EA236A">
        <w:rPr>
          <w:rFonts w:ascii="Times New Roman" w:hAnsi="Times New Roman" w:cs="Times New Roman"/>
          <w:sz w:val="28"/>
          <w:szCs w:val="28"/>
        </w:rPr>
        <w:t>.</w:t>
      </w:r>
    </w:p>
    <w:p w14:paraId="14A1F008" w14:textId="77777777" w:rsidR="00EA236A"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t>Ээлеген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кызматын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талаптын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укуктук</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негизин</w:t>
      </w:r>
      <w:proofErr w:type="spellEnd"/>
      <w:r w:rsidRPr="00EA236A">
        <w:rPr>
          <w:rFonts w:ascii="Times New Roman" w:hAnsi="Times New Roman" w:cs="Times New Roman"/>
          <w:sz w:val="28"/>
          <w:szCs w:val="28"/>
        </w:rPr>
        <w:t xml:space="preserve">, расмий </w:t>
      </w:r>
      <w:proofErr w:type="spellStart"/>
      <w:r w:rsidRPr="00EA236A">
        <w:rPr>
          <w:rFonts w:ascii="Times New Roman" w:hAnsi="Times New Roman" w:cs="Times New Roman"/>
          <w:sz w:val="28"/>
          <w:szCs w:val="28"/>
        </w:rPr>
        <w:t>төлөмдү</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аны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тариздөө</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тартибин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айтып</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берүүнү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тынч</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түрдө</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сураңыз</w:t>
      </w:r>
      <w:proofErr w:type="spellEnd"/>
      <w:r w:rsidRPr="00EA236A">
        <w:rPr>
          <w:rFonts w:ascii="Times New Roman" w:hAnsi="Times New Roman" w:cs="Times New Roman"/>
          <w:sz w:val="28"/>
          <w:szCs w:val="28"/>
        </w:rPr>
        <w:t>.</w:t>
      </w:r>
    </w:p>
    <w:p w14:paraId="2BC38C88" w14:textId="77777777" w:rsidR="00EA236A"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t>Датаны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убакытты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жерди</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аты-жөнүн</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кызмат</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ордун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так</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айтылган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сөздөрдү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байланыштарды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реквизиттерди</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күбөлөрдү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билдирүүлөрдү</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документтерди</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каттаңыз</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Каттоонун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мыйзамдуу</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ыкмаларын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гана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колдонуңуз</w:t>
      </w:r>
      <w:proofErr w:type="spellEnd"/>
      <w:r w:rsidRPr="00EA236A">
        <w:rPr>
          <w:rFonts w:ascii="Times New Roman" w:hAnsi="Times New Roman" w:cs="Times New Roman"/>
          <w:sz w:val="28"/>
          <w:szCs w:val="28"/>
        </w:rPr>
        <w:t>.</w:t>
      </w:r>
    </w:p>
    <w:p w14:paraId="54F0606A" w14:textId="77777777" w:rsidR="00EA236A"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t>Электрондук</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билдирүүлөрдүн</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документтердин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түп</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нускаларын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сактаңыз</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божомолдорсуз</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кемсинтүүчү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сөздөрсүз</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хронология</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даярдаңыз</w:t>
      </w:r>
      <w:proofErr w:type="spellEnd"/>
      <w:r w:rsidRPr="00EA236A">
        <w:rPr>
          <w:rFonts w:ascii="Times New Roman" w:hAnsi="Times New Roman" w:cs="Times New Roman"/>
          <w:sz w:val="28"/>
          <w:szCs w:val="28"/>
        </w:rPr>
        <w:t>.</w:t>
      </w:r>
    </w:p>
    <w:p w14:paraId="36E54C70" w14:textId="77777777" w:rsidR="00EA236A"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lastRenderedPageBreak/>
        <w:t>Билдирүүнү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Министрликтин</w:t>
      </w:r>
      <w:proofErr w:type="spellEnd"/>
      <w:r w:rsidRPr="00EA236A">
        <w:rPr>
          <w:rFonts w:ascii="Times New Roman" w:hAnsi="Times New Roman" w:cs="Times New Roman"/>
          <w:sz w:val="28"/>
          <w:szCs w:val="28"/>
        </w:rPr>
        <w:t xml:space="preserve"> расмий </w:t>
      </w:r>
      <w:proofErr w:type="spellStart"/>
      <w:r w:rsidRPr="00EA236A">
        <w:rPr>
          <w:rFonts w:ascii="Times New Roman" w:hAnsi="Times New Roman" w:cs="Times New Roman"/>
          <w:sz w:val="28"/>
          <w:szCs w:val="28"/>
        </w:rPr>
        <w:t>коррупцияга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каршы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каналы</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аркылуу</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жөнөтүңүз</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Кылмыштын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белгилери</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болсо</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прокуратурага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же</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укук</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коргоо</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органына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да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кайрылыңыз</w:t>
      </w:r>
      <w:proofErr w:type="spellEnd"/>
      <w:r w:rsidRPr="00EA236A">
        <w:rPr>
          <w:rFonts w:ascii="Times New Roman" w:hAnsi="Times New Roman" w:cs="Times New Roman"/>
          <w:sz w:val="28"/>
          <w:szCs w:val="28"/>
        </w:rPr>
        <w:t>.</w:t>
      </w:r>
    </w:p>
    <w:p w14:paraId="443AF0F3" w14:textId="182AA414" w:rsidR="008777B4" w:rsidRPr="00EA236A" w:rsidRDefault="000321B4" w:rsidP="00EA236A">
      <w:pPr>
        <w:pStyle w:val="ae"/>
        <w:numPr>
          <w:ilvl w:val="0"/>
          <w:numId w:val="17"/>
        </w:numPr>
        <w:spacing w:after="0" w:line="240" w:lineRule="auto"/>
        <w:ind w:left="0" w:firstLine="360"/>
        <w:jc w:val="both"/>
        <w:rPr>
          <w:rFonts w:ascii="Times New Roman" w:hAnsi="Times New Roman" w:cs="Times New Roman"/>
          <w:b/>
          <w:bCs/>
          <w:sz w:val="28"/>
          <w:szCs w:val="28"/>
          <w:lang w:val="ru-RU"/>
        </w:rPr>
      </w:pPr>
      <w:proofErr w:type="spellStart"/>
      <w:r w:rsidRPr="00EA236A">
        <w:rPr>
          <w:rFonts w:ascii="Times New Roman" w:hAnsi="Times New Roman" w:cs="Times New Roman"/>
          <w:sz w:val="28"/>
          <w:szCs w:val="28"/>
        </w:rPr>
        <w:t>Билдирүүнү</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каттоону</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кириш</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номерин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маалымдоону</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мыйзамда</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каралган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купуялуулукту</w:t>
      </w:r>
      <w:proofErr w:type="spellEnd"/>
      <w:r w:rsidRPr="00EA236A">
        <w:rPr>
          <w:rFonts w:ascii="Times New Roman" w:hAnsi="Times New Roman" w:cs="Times New Roman"/>
          <w:sz w:val="28"/>
          <w:szCs w:val="28"/>
        </w:rPr>
        <w:t xml:space="preserve"> жана </w:t>
      </w:r>
      <w:proofErr w:type="spellStart"/>
      <w:r w:rsidRPr="00EA236A">
        <w:rPr>
          <w:rFonts w:ascii="Times New Roman" w:hAnsi="Times New Roman" w:cs="Times New Roman"/>
          <w:sz w:val="28"/>
          <w:szCs w:val="28"/>
        </w:rPr>
        <w:t>коргоо</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чараларын</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камсыз</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кылууну</w:t>
      </w:r>
      <w:proofErr w:type="spellEnd"/>
      <w:r w:rsidRPr="00EA236A">
        <w:rPr>
          <w:rFonts w:ascii="Times New Roman" w:hAnsi="Times New Roman" w:cs="Times New Roman"/>
          <w:sz w:val="28"/>
          <w:szCs w:val="28"/>
        </w:rPr>
        <w:t xml:space="preserve"> </w:t>
      </w:r>
      <w:proofErr w:type="spellStart"/>
      <w:r w:rsidRPr="00EA236A">
        <w:rPr>
          <w:rFonts w:ascii="Times New Roman" w:hAnsi="Times New Roman" w:cs="Times New Roman"/>
          <w:sz w:val="28"/>
          <w:szCs w:val="28"/>
        </w:rPr>
        <w:t>сураңыз</w:t>
      </w:r>
      <w:proofErr w:type="spellEnd"/>
      <w:r w:rsidRPr="00EA236A">
        <w:rPr>
          <w:rFonts w:ascii="Times New Roman" w:hAnsi="Times New Roman" w:cs="Times New Roman"/>
          <w:sz w:val="28"/>
          <w:szCs w:val="28"/>
        </w:rPr>
        <w:t>.</w:t>
      </w:r>
    </w:p>
    <w:p w14:paraId="1F8BB7A1" w14:textId="77777777" w:rsidR="00EA236A" w:rsidRPr="006053A5" w:rsidRDefault="000321B4" w:rsidP="00EA236A">
      <w:pPr>
        <w:keepNext/>
        <w:spacing w:after="0" w:line="240" w:lineRule="auto"/>
        <w:ind w:firstLine="709"/>
        <w:jc w:val="both"/>
        <w:rPr>
          <w:rFonts w:ascii="Times New Roman" w:hAnsi="Times New Roman" w:cs="Times New Roman"/>
          <w:bCs/>
          <w:sz w:val="28"/>
          <w:szCs w:val="28"/>
        </w:rPr>
      </w:pPr>
      <w:r w:rsidRPr="00EA236A">
        <w:rPr>
          <w:rFonts w:ascii="Times New Roman" w:hAnsi="Times New Roman" w:cs="Times New Roman"/>
          <w:b/>
          <w:sz w:val="28"/>
          <w:szCs w:val="28"/>
        </w:rPr>
        <w:t xml:space="preserve">№ 14 Мыйзамдын 24-беренеси боюнча тыюу салынган практикалар: </w:t>
      </w:r>
      <w:r w:rsidRPr="006053A5">
        <w:rPr>
          <w:rFonts w:ascii="Times New Roman" w:hAnsi="Times New Roman" w:cs="Times New Roman"/>
          <w:bCs/>
          <w:sz w:val="28"/>
          <w:szCs w:val="28"/>
        </w:rPr>
        <w:t xml:space="preserve">мыйзамсыз артыкчылыктар жана преференциялар, мыйзамда каралбаган документтерди талап кылуу, маалыматты кечиктирүү же толук эмес берүү, коомдук функцияларды аткарууга байланыштуу белектер жана пайдалар, ишкердик ишине мыйзамсыз кийлигишүү жана ыйгарым укуктарды бизнестин кызыкчылыгы үчүн пайдалануу. Расмий протоколдук иш-чаралардагы символикалык сувенирлерге карата чектелген өзгөчө учур кадимки кызмат алууга </w:t>
      </w:r>
      <w:proofErr w:type="spellStart"/>
      <w:r w:rsidRPr="006053A5">
        <w:rPr>
          <w:rFonts w:ascii="Times New Roman" w:hAnsi="Times New Roman" w:cs="Times New Roman"/>
          <w:bCs/>
          <w:sz w:val="28"/>
          <w:szCs w:val="28"/>
        </w:rPr>
        <w:t>же</w:t>
      </w:r>
      <w:proofErr w:type="spellEnd"/>
      <w:r w:rsidRPr="006053A5">
        <w:rPr>
          <w:rFonts w:ascii="Times New Roman" w:hAnsi="Times New Roman" w:cs="Times New Roman"/>
          <w:bCs/>
          <w:sz w:val="28"/>
          <w:szCs w:val="28"/>
        </w:rPr>
        <w:t xml:space="preserve"> </w:t>
      </w:r>
      <w:proofErr w:type="spellStart"/>
      <w:r w:rsidRPr="006053A5">
        <w:rPr>
          <w:rFonts w:ascii="Times New Roman" w:hAnsi="Times New Roman" w:cs="Times New Roman"/>
          <w:bCs/>
          <w:sz w:val="28"/>
          <w:szCs w:val="28"/>
        </w:rPr>
        <w:t>текшерүүгө</w:t>
      </w:r>
      <w:proofErr w:type="spellEnd"/>
      <w:r w:rsidRPr="006053A5">
        <w:rPr>
          <w:rFonts w:ascii="Times New Roman" w:hAnsi="Times New Roman" w:cs="Times New Roman"/>
          <w:bCs/>
          <w:sz w:val="28"/>
          <w:szCs w:val="28"/>
        </w:rPr>
        <w:t xml:space="preserve"> </w:t>
      </w:r>
      <w:proofErr w:type="spellStart"/>
      <w:r w:rsidRPr="006053A5">
        <w:rPr>
          <w:rFonts w:ascii="Times New Roman" w:hAnsi="Times New Roman" w:cs="Times New Roman"/>
          <w:bCs/>
          <w:sz w:val="28"/>
          <w:szCs w:val="28"/>
        </w:rPr>
        <w:t>тиешелүү</w:t>
      </w:r>
      <w:proofErr w:type="spellEnd"/>
      <w:r w:rsidRPr="006053A5">
        <w:rPr>
          <w:rFonts w:ascii="Times New Roman" w:hAnsi="Times New Roman" w:cs="Times New Roman"/>
          <w:bCs/>
          <w:sz w:val="28"/>
          <w:szCs w:val="28"/>
        </w:rPr>
        <w:t xml:space="preserve"> </w:t>
      </w:r>
      <w:proofErr w:type="spellStart"/>
      <w:r w:rsidRPr="006053A5">
        <w:rPr>
          <w:rFonts w:ascii="Times New Roman" w:hAnsi="Times New Roman" w:cs="Times New Roman"/>
          <w:bCs/>
          <w:sz w:val="28"/>
          <w:szCs w:val="28"/>
        </w:rPr>
        <w:t>эмес</w:t>
      </w:r>
      <w:proofErr w:type="spellEnd"/>
      <w:r w:rsidRPr="006053A5">
        <w:rPr>
          <w:rFonts w:ascii="Times New Roman" w:hAnsi="Times New Roman" w:cs="Times New Roman"/>
          <w:bCs/>
          <w:sz w:val="28"/>
          <w:szCs w:val="28"/>
        </w:rPr>
        <w:t>.</w:t>
      </w:r>
    </w:p>
    <w:p w14:paraId="62984C91" w14:textId="77777777" w:rsidR="00EA236A" w:rsidRDefault="00EA236A" w:rsidP="00EA236A">
      <w:pPr>
        <w:keepNext/>
        <w:spacing w:after="0" w:line="240" w:lineRule="auto"/>
        <w:jc w:val="both"/>
        <w:rPr>
          <w:rFonts w:ascii="Times New Roman" w:hAnsi="Times New Roman" w:cs="Times New Roman"/>
          <w:sz w:val="28"/>
          <w:szCs w:val="28"/>
        </w:rPr>
      </w:pPr>
    </w:p>
    <w:p w14:paraId="6AEE6EBC" w14:textId="4E104E4A" w:rsidR="008777B4" w:rsidRPr="00EA236A" w:rsidRDefault="000321B4" w:rsidP="00EA236A">
      <w:pPr>
        <w:keepNext/>
        <w:spacing w:after="0" w:line="240" w:lineRule="auto"/>
        <w:jc w:val="center"/>
        <w:rPr>
          <w:rFonts w:ascii="Times New Roman" w:hAnsi="Times New Roman" w:cs="Times New Roman"/>
          <w:b/>
          <w:bCs/>
          <w:sz w:val="28"/>
          <w:szCs w:val="28"/>
        </w:rPr>
      </w:pPr>
      <w:proofErr w:type="spellStart"/>
      <w:r w:rsidRPr="00EA236A">
        <w:rPr>
          <w:rFonts w:ascii="Times New Roman" w:hAnsi="Times New Roman" w:cs="Times New Roman"/>
          <w:b/>
          <w:bCs/>
          <w:sz w:val="28"/>
          <w:szCs w:val="28"/>
        </w:rPr>
        <w:t>Даттануу</w:t>
      </w:r>
      <w:proofErr w:type="spellEnd"/>
      <w:r w:rsidRPr="00EA236A">
        <w:rPr>
          <w:rFonts w:ascii="Times New Roman" w:hAnsi="Times New Roman" w:cs="Times New Roman"/>
          <w:b/>
          <w:bCs/>
          <w:sz w:val="28"/>
          <w:szCs w:val="28"/>
        </w:rPr>
        <w:t xml:space="preserve"> жана </w:t>
      </w:r>
      <w:proofErr w:type="spellStart"/>
      <w:r w:rsidRPr="00EA236A">
        <w:rPr>
          <w:rFonts w:ascii="Times New Roman" w:hAnsi="Times New Roman" w:cs="Times New Roman"/>
          <w:b/>
          <w:bCs/>
          <w:sz w:val="28"/>
          <w:szCs w:val="28"/>
        </w:rPr>
        <w:t>типтүү</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жагдайлар</w:t>
      </w:r>
      <w:proofErr w:type="spellEnd"/>
    </w:p>
    <w:tbl>
      <w:tblPr>
        <w:tblStyle w:val="aff0"/>
        <w:tblW w:w="0" w:type="auto"/>
        <w:tblInd w:w="108" w:type="dxa"/>
        <w:tblLook w:val="04A0" w:firstRow="1" w:lastRow="0" w:firstColumn="1" w:lastColumn="0" w:noHBand="0" w:noVBand="1"/>
      </w:tblPr>
      <w:tblGrid>
        <w:gridCol w:w="3892"/>
        <w:gridCol w:w="6152"/>
      </w:tblGrid>
      <w:tr w:rsidR="00EA236A" w:rsidRPr="00EA236A" w14:paraId="01840390" w14:textId="77777777" w:rsidTr="00EA236A">
        <w:tc>
          <w:tcPr>
            <w:tcW w:w="0" w:type="auto"/>
            <w:vAlign w:val="center"/>
          </w:tcPr>
          <w:p w14:paraId="0656847F" w14:textId="0A021856" w:rsidR="00EA236A" w:rsidRPr="00EA236A" w:rsidRDefault="00EA236A" w:rsidP="00EA236A">
            <w:pPr>
              <w:spacing w:after="0" w:line="240" w:lineRule="auto"/>
              <w:jc w:val="center"/>
              <w:rPr>
                <w:rFonts w:ascii="Times New Roman" w:hAnsi="Times New Roman" w:cs="Times New Roman"/>
                <w:b/>
                <w:bCs/>
                <w:sz w:val="24"/>
                <w:szCs w:val="24"/>
                <w:lang w:val="ru-RU"/>
              </w:rPr>
            </w:pPr>
            <w:r w:rsidRPr="00EA236A">
              <w:rPr>
                <w:rFonts w:ascii="Times New Roman" w:hAnsi="Times New Roman" w:cs="Times New Roman"/>
                <w:b/>
                <w:bCs/>
                <w:sz w:val="24"/>
                <w:szCs w:val="24"/>
                <w:lang w:val="ru-RU"/>
              </w:rPr>
              <w:t>Эмне талашылат?</w:t>
            </w:r>
          </w:p>
        </w:tc>
        <w:tc>
          <w:tcPr>
            <w:tcW w:w="0" w:type="auto"/>
            <w:vAlign w:val="center"/>
          </w:tcPr>
          <w:p w14:paraId="4025B455" w14:textId="4A0CDC35" w:rsidR="00EA236A" w:rsidRPr="00EA236A" w:rsidRDefault="00EA236A" w:rsidP="00EA236A">
            <w:pPr>
              <w:spacing w:after="0" w:line="240" w:lineRule="auto"/>
              <w:jc w:val="center"/>
              <w:rPr>
                <w:rFonts w:ascii="Times New Roman" w:hAnsi="Times New Roman" w:cs="Times New Roman"/>
                <w:b/>
                <w:bCs/>
                <w:sz w:val="24"/>
                <w:szCs w:val="24"/>
                <w:lang w:val="ru-RU"/>
              </w:rPr>
            </w:pPr>
            <w:r w:rsidRPr="00EA236A">
              <w:rPr>
                <w:rFonts w:ascii="Times New Roman" w:hAnsi="Times New Roman" w:cs="Times New Roman"/>
                <w:b/>
                <w:bCs/>
                <w:sz w:val="24"/>
                <w:szCs w:val="24"/>
                <w:lang w:val="ru-RU"/>
              </w:rPr>
              <w:t>Кайда жана качан?</w:t>
            </w:r>
          </w:p>
        </w:tc>
      </w:tr>
      <w:tr w:rsidR="008777B4" w:rsidRPr="00EA236A" w14:paraId="1CA7FCEF" w14:textId="77777777" w:rsidTr="00EA236A">
        <w:tc>
          <w:tcPr>
            <w:tcW w:w="0" w:type="auto"/>
            <w:vAlign w:val="center"/>
          </w:tcPr>
          <w:p w14:paraId="56E06D87" w14:textId="77777777" w:rsidR="008777B4" w:rsidRPr="00EA236A" w:rsidRDefault="000321B4" w:rsidP="00EA236A">
            <w:pPr>
              <w:spacing w:after="0" w:line="240" w:lineRule="auto"/>
              <w:rPr>
                <w:rFonts w:ascii="Times New Roman" w:hAnsi="Times New Roman" w:cs="Times New Roman"/>
                <w:sz w:val="24"/>
                <w:szCs w:val="24"/>
              </w:rPr>
            </w:pPr>
            <w:proofErr w:type="spellStart"/>
            <w:r w:rsidRPr="00EA236A">
              <w:rPr>
                <w:rFonts w:ascii="Times New Roman" w:hAnsi="Times New Roman" w:cs="Times New Roman"/>
                <w:sz w:val="24"/>
                <w:szCs w:val="24"/>
              </w:rPr>
              <w:t>Жарандын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кадимки</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кайрылуусуна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жооп</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же</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аны</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кароо</w:t>
            </w:r>
            <w:proofErr w:type="spellEnd"/>
          </w:p>
        </w:tc>
        <w:tc>
          <w:tcPr>
            <w:tcW w:w="0" w:type="auto"/>
            <w:vAlign w:val="center"/>
          </w:tcPr>
          <w:p w14:paraId="7AD6C748" w14:textId="18DE7A7D" w:rsidR="008777B4" w:rsidRPr="00EA236A" w:rsidRDefault="000321B4" w:rsidP="00EA236A">
            <w:pPr>
              <w:spacing w:after="0" w:line="240" w:lineRule="auto"/>
              <w:rPr>
                <w:rFonts w:ascii="Times New Roman" w:hAnsi="Times New Roman" w:cs="Times New Roman"/>
                <w:sz w:val="24"/>
                <w:szCs w:val="24"/>
                <w:lang w:val="ru-RU"/>
              </w:rPr>
            </w:pPr>
            <w:proofErr w:type="spellStart"/>
            <w:r w:rsidRPr="00EA236A">
              <w:rPr>
                <w:rFonts w:ascii="Times New Roman" w:hAnsi="Times New Roman" w:cs="Times New Roman"/>
                <w:sz w:val="24"/>
                <w:szCs w:val="24"/>
              </w:rPr>
              <w:t>Административдик</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тартипте</w:t>
            </w:r>
            <w:proofErr w:type="spellEnd"/>
            <w:r w:rsidRPr="00EA236A">
              <w:rPr>
                <w:rFonts w:ascii="Times New Roman" w:hAnsi="Times New Roman" w:cs="Times New Roman"/>
                <w:sz w:val="24"/>
                <w:szCs w:val="24"/>
              </w:rPr>
              <w:t xml:space="preserve"> жана/</w:t>
            </w:r>
            <w:proofErr w:type="spellStart"/>
            <w:r w:rsidRPr="00EA236A">
              <w:rPr>
                <w:rFonts w:ascii="Times New Roman" w:hAnsi="Times New Roman" w:cs="Times New Roman"/>
                <w:sz w:val="24"/>
                <w:szCs w:val="24"/>
              </w:rPr>
              <w:t>же</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сотко</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кайрылуу</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жолу</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менен</w:t>
            </w:r>
            <w:proofErr w:type="spellEnd"/>
            <w:r w:rsidRPr="00EA236A">
              <w:rPr>
                <w:rFonts w:ascii="Times New Roman" w:hAnsi="Times New Roman" w:cs="Times New Roman"/>
                <w:sz w:val="24"/>
                <w:szCs w:val="24"/>
              </w:rPr>
              <w:t xml:space="preserve">; № 67 </w:t>
            </w:r>
            <w:proofErr w:type="spellStart"/>
            <w:r w:rsidRPr="00EA236A">
              <w:rPr>
                <w:rFonts w:ascii="Times New Roman" w:hAnsi="Times New Roman" w:cs="Times New Roman"/>
                <w:sz w:val="24"/>
                <w:szCs w:val="24"/>
              </w:rPr>
              <w:t>Мыйзам</w:t>
            </w:r>
            <w:proofErr w:type="spellEnd"/>
            <w:r w:rsidRPr="00EA236A">
              <w:rPr>
                <w:rFonts w:ascii="Times New Roman" w:hAnsi="Times New Roman" w:cs="Times New Roman"/>
                <w:sz w:val="24"/>
                <w:szCs w:val="24"/>
              </w:rPr>
              <w:t xml:space="preserve"> боюнча </w:t>
            </w:r>
            <w:proofErr w:type="spellStart"/>
            <w:r w:rsidRPr="00EA236A">
              <w:rPr>
                <w:rFonts w:ascii="Times New Roman" w:hAnsi="Times New Roman" w:cs="Times New Roman"/>
                <w:sz w:val="24"/>
                <w:szCs w:val="24"/>
              </w:rPr>
              <w:t>даттануу</w:t>
            </w:r>
            <w:proofErr w:type="spellEnd"/>
            <w:r w:rsidRPr="00EA236A">
              <w:rPr>
                <w:rFonts w:ascii="Times New Roman" w:hAnsi="Times New Roman" w:cs="Times New Roman"/>
                <w:sz w:val="24"/>
                <w:szCs w:val="24"/>
              </w:rPr>
              <w:t xml:space="preserve"> </w:t>
            </w:r>
            <w:r w:rsidR="00627AF7">
              <w:rPr>
                <w:rFonts w:ascii="Times New Roman" w:hAnsi="Times New Roman" w:cs="Times New Roman"/>
                <w:sz w:val="24"/>
                <w:szCs w:val="24"/>
              </w:rPr>
              <w:t>–</w:t>
            </w:r>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бузуу</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белгилүү</w:t>
            </w:r>
            <w:proofErr w:type="spellEnd"/>
            <w:r w:rsidRPr="00EA236A">
              <w:rPr>
                <w:rFonts w:ascii="Times New Roman" w:hAnsi="Times New Roman" w:cs="Times New Roman"/>
                <w:sz w:val="24"/>
                <w:szCs w:val="24"/>
              </w:rPr>
              <w:t xml:space="preserve"> болгон </w:t>
            </w:r>
            <w:proofErr w:type="spellStart"/>
            <w:r w:rsidRPr="00EA236A">
              <w:rPr>
                <w:rFonts w:ascii="Times New Roman" w:hAnsi="Times New Roman" w:cs="Times New Roman"/>
                <w:sz w:val="24"/>
                <w:szCs w:val="24"/>
              </w:rPr>
              <w:t>күндөн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тартып</w:t>
            </w:r>
            <w:proofErr w:type="spellEnd"/>
            <w:r w:rsidRPr="00EA236A">
              <w:rPr>
                <w:rFonts w:ascii="Times New Roman" w:hAnsi="Times New Roman" w:cs="Times New Roman"/>
                <w:sz w:val="24"/>
                <w:szCs w:val="24"/>
              </w:rPr>
              <w:t xml:space="preserve"> 1 </w:t>
            </w:r>
            <w:proofErr w:type="spellStart"/>
            <w:r w:rsidRPr="00EA236A">
              <w:rPr>
                <w:rFonts w:ascii="Times New Roman" w:hAnsi="Times New Roman" w:cs="Times New Roman"/>
                <w:sz w:val="24"/>
                <w:szCs w:val="24"/>
              </w:rPr>
              <w:t>жылдын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ичинде</w:t>
            </w:r>
            <w:proofErr w:type="spellEnd"/>
          </w:p>
        </w:tc>
      </w:tr>
      <w:tr w:rsidR="008777B4" w:rsidRPr="00EA236A" w14:paraId="5C11CE2F" w14:textId="77777777" w:rsidTr="00EA236A">
        <w:tc>
          <w:tcPr>
            <w:tcW w:w="0" w:type="auto"/>
            <w:vAlign w:val="center"/>
          </w:tcPr>
          <w:p w14:paraId="739F2653"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Маалымат суроо-талабы боюнча баш тартуу, толук эмес жооп же жооп бербөө</w:t>
            </w:r>
          </w:p>
        </w:tc>
        <w:tc>
          <w:tcPr>
            <w:tcW w:w="0" w:type="auto"/>
            <w:vAlign w:val="center"/>
          </w:tcPr>
          <w:p w14:paraId="3B8E45A0" w14:textId="6F8A9528" w:rsidR="008777B4" w:rsidRPr="00EA236A" w:rsidRDefault="000321B4" w:rsidP="00EA236A">
            <w:pPr>
              <w:spacing w:after="0" w:line="240" w:lineRule="auto"/>
              <w:rPr>
                <w:rFonts w:ascii="Times New Roman" w:hAnsi="Times New Roman" w:cs="Times New Roman"/>
                <w:sz w:val="24"/>
                <w:szCs w:val="24"/>
                <w:lang w:val="ru-RU"/>
              </w:rPr>
            </w:pPr>
            <w:proofErr w:type="spellStart"/>
            <w:r w:rsidRPr="00EA236A">
              <w:rPr>
                <w:rFonts w:ascii="Times New Roman" w:hAnsi="Times New Roman" w:cs="Times New Roman"/>
                <w:sz w:val="24"/>
                <w:szCs w:val="24"/>
              </w:rPr>
              <w:t>Жогору</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турган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органга</w:t>
            </w:r>
            <w:proofErr w:type="spellEnd"/>
            <w:r w:rsidRPr="00EA236A">
              <w:rPr>
                <w:rFonts w:ascii="Times New Roman" w:hAnsi="Times New Roman" w:cs="Times New Roman"/>
                <w:sz w:val="24"/>
                <w:szCs w:val="24"/>
              </w:rPr>
              <w:t>/</w:t>
            </w:r>
            <w:proofErr w:type="spellStart"/>
            <w:r w:rsidRPr="00EA236A">
              <w:rPr>
                <w:rFonts w:ascii="Times New Roman" w:hAnsi="Times New Roman" w:cs="Times New Roman"/>
                <w:sz w:val="24"/>
                <w:szCs w:val="24"/>
              </w:rPr>
              <w:t>кызмат</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адамына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Акыйкатчыга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же</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сотко</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административдик</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даттануу</w:t>
            </w:r>
            <w:proofErr w:type="spellEnd"/>
            <w:r w:rsidRPr="00EA236A">
              <w:rPr>
                <w:rFonts w:ascii="Times New Roman" w:hAnsi="Times New Roman" w:cs="Times New Roman"/>
                <w:sz w:val="24"/>
                <w:szCs w:val="24"/>
              </w:rPr>
              <w:t xml:space="preserve"> </w:t>
            </w:r>
            <w:r w:rsidR="00627AF7">
              <w:rPr>
                <w:rFonts w:ascii="Times New Roman" w:hAnsi="Times New Roman" w:cs="Times New Roman"/>
                <w:sz w:val="24"/>
                <w:szCs w:val="24"/>
              </w:rPr>
              <w:t>–</w:t>
            </w:r>
            <w:r w:rsidRPr="00EA236A">
              <w:rPr>
                <w:rFonts w:ascii="Times New Roman" w:hAnsi="Times New Roman" w:cs="Times New Roman"/>
                <w:sz w:val="24"/>
                <w:szCs w:val="24"/>
              </w:rPr>
              <w:t xml:space="preserve"> 30 </w:t>
            </w:r>
            <w:proofErr w:type="spellStart"/>
            <w:r w:rsidRPr="00EA236A">
              <w:rPr>
                <w:rFonts w:ascii="Times New Roman" w:hAnsi="Times New Roman" w:cs="Times New Roman"/>
                <w:sz w:val="24"/>
                <w:szCs w:val="24"/>
              </w:rPr>
              <w:t>календардык</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күн</w:t>
            </w:r>
            <w:proofErr w:type="spellEnd"/>
          </w:p>
        </w:tc>
      </w:tr>
      <w:tr w:rsidR="008777B4" w:rsidRPr="00EA236A" w14:paraId="7E5D6EC8" w14:textId="77777777" w:rsidTr="00EA236A">
        <w:tc>
          <w:tcPr>
            <w:tcW w:w="0" w:type="auto"/>
            <w:vAlign w:val="center"/>
          </w:tcPr>
          <w:p w14:paraId="321FD0B8"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Административдик акт</w:t>
            </w:r>
          </w:p>
        </w:tc>
        <w:tc>
          <w:tcPr>
            <w:tcW w:w="0" w:type="auto"/>
            <w:vAlign w:val="center"/>
          </w:tcPr>
          <w:p w14:paraId="0996EF0D"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Актыны кабыл алган органга же жогору турган органга; адатта 30 жумуш күнү</w:t>
            </w:r>
          </w:p>
        </w:tc>
      </w:tr>
      <w:tr w:rsidR="008777B4" w:rsidRPr="00EA236A" w14:paraId="534CC548" w14:textId="77777777" w:rsidTr="00EA236A">
        <w:tc>
          <w:tcPr>
            <w:tcW w:w="0" w:type="auto"/>
            <w:vAlign w:val="center"/>
          </w:tcPr>
          <w:p w14:paraId="616FDD2C"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Административдик жол-жободогу аракет же аракетсиздик</w:t>
            </w:r>
          </w:p>
        </w:tc>
        <w:tc>
          <w:tcPr>
            <w:tcW w:w="0" w:type="auto"/>
            <w:vAlign w:val="center"/>
          </w:tcPr>
          <w:p w14:paraId="1B84DE31" w14:textId="4F403BBD" w:rsidR="008777B4" w:rsidRPr="00EA236A" w:rsidRDefault="000321B4" w:rsidP="00EA236A">
            <w:pPr>
              <w:spacing w:after="0" w:line="240" w:lineRule="auto"/>
              <w:rPr>
                <w:rFonts w:ascii="Times New Roman" w:hAnsi="Times New Roman" w:cs="Times New Roman"/>
                <w:sz w:val="24"/>
                <w:szCs w:val="24"/>
                <w:lang w:val="ru-RU"/>
              </w:rPr>
            </w:pPr>
            <w:proofErr w:type="spellStart"/>
            <w:r w:rsidRPr="00EA236A">
              <w:rPr>
                <w:rFonts w:ascii="Times New Roman" w:hAnsi="Times New Roman" w:cs="Times New Roman"/>
                <w:sz w:val="24"/>
                <w:szCs w:val="24"/>
              </w:rPr>
              <w:t>Жогору</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турган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органга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же</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кызмат</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адамына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алар</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жок</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болсо</w:t>
            </w:r>
            <w:proofErr w:type="spellEnd"/>
            <w:r w:rsidRPr="00EA236A">
              <w:rPr>
                <w:rFonts w:ascii="Times New Roman" w:hAnsi="Times New Roman" w:cs="Times New Roman"/>
                <w:sz w:val="24"/>
                <w:szCs w:val="24"/>
              </w:rPr>
              <w:t xml:space="preserve"> </w:t>
            </w:r>
            <w:r w:rsidR="00627AF7">
              <w:rPr>
                <w:rFonts w:ascii="Times New Roman" w:hAnsi="Times New Roman" w:cs="Times New Roman"/>
                <w:sz w:val="24"/>
                <w:szCs w:val="24"/>
              </w:rPr>
              <w:t>–</w:t>
            </w:r>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сотко</w:t>
            </w:r>
            <w:proofErr w:type="spellEnd"/>
          </w:p>
        </w:tc>
      </w:tr>
      <w:tr w:rsidR="008777B4" w:rsidRPr="00EA236A" w14:paraId="4348D020" w14:textId="77777777" w:rsidTr="00EA236A">
        <w:tc>
          <w:tcPr>
            <w:tcW w:w="0" w:type="auto"/>
            <w:vAlign w:val="center"/>
          </w:tcPr>
          <w:p w14:paraId="43393FEF"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Текшерүү, көрсөтмө же акт</w:t>
            </w:r>
          </w:p>
        </w:tc>
        <w:tc>
          <w:tcPr>
            <w:tcW w:w="0" w:type="auto"/>
            <w:vAlign w:val="center"/>
          </w:tcPr>
          <w:p w14:paraId="0656996E"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Жогору турган органга жана/же колдонулуучу атайын тартипке ылайык сотко; мөөнөт документ жана мыйзам боюнча такталат</w:t>
            </w:r>
          </w:p>
        </w:tc>
      </w:tr>
      <w:tr w:rsidR="008777B4" w:rsidRPr="00EA236A" w14:paraId="2AE1716C" w14:textId="77777777" w:rsidTr="00EA236A">
        <w:tc>
          <w:tcPr>
            <w:tcW w:w="0" w:type="auto"/>
            <w:vAlign w:val="center"/>
          </w:tcPr>
          <w:p w14:paraId="5B653A2F" w14:textId="77777777" w:rsidR="008777B4" w:rsidRPr="00EA236A" w:rsidRDefault="000321B4" w:rsidP="00EA236A">
            <w:pPr>
              <w:spacing w:after="0" w:line="240" w:lineRule="auto"/>
              <w:rPr>
                <w:rFonts w:ascii="Times New Roman" w:hAnsi="Times New Roman" w:cs="Times New Roman"/>
                <w:sz w:val="24"/>
                <w:szCs w:val="24"/>
              </w:rPr>
            </w:pPr>
            <w:r w:rsidRPr="00EA236A">
              <w:rPr>
                <w:rFonts w:ascii="Times New Roman" w:hAnsi="Times New Roman" w:cs="Times New Roman"/>
                <w:sz w:val="24"/>
                <w:szCs w:val="24"/>
              </w:rPr>
              <w:t>Коррупциялык укук бузуу</w:t>
            </w:r>
          </w:p>
        </w:tc>
        <w:tc>
          <w:tcPr>
            <w:tcW w:w="0" w:type="auto"/>
            <w:vAlign w:val="center"/>
          </w:tcPr>
          <w:p w14:paraId="5575FFC1" w14:textId="40E4E04D" w:rsidR="008777B4" w:rsidRPr="00EA236A" w:rsidRDefault="000321B4" w:rsidP="00EA236A">
            <w:pPr>
              <w:spacing w:after="0" w:line="240" w:lineRule="auto"/>
              <w:rPr>
                <w:rFonts w:ascii="Times New Roman" w:hAnsi="Times New Roman" w:cs="Times New Roman"/>
                <w:sz w:val="24"/>
                <w:szCs w:val="24"/>
                <w:lang w:val="ru-RU"/>
              </w:rPr>
            </w:pPr>
            <w:proofErr w:type="spellStart"/>
            <w:r w:rsidRPr="00EA236A">
              <w:rPr>
                <w:rFonts w:ascii="Times New Roman" w:hAnsi="Times New Roman" w:cs="Times New Roman"/>
                <w:sz w:val="24"/>
                <w:szCs w:val="24"/>
              </w:rPr>
              <w:t>Министрликтин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коррупцияга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каршы</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каналы</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кылмыштын</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белгилери</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болсо</w:t>
            </w:r>
            <w:proofErr w:type="spellEnd"/>
            <w:r w:rsidRPr="00EA236A">
              <w:rPr>
                <w:rFonts w:ascii="Times New Roman" w:hAnsi="Times New Roman" w:cs="Times New Roman"/>
                <w:sz w:val="24"/>
                <w:szCs w:val="24"/>
              </w:rPr>
              <w:t xml:space="preserve"> </w:t>
            </w:r>
            <w:r w:rsidR="00627AF7">
              <w:rPr>
                <w:rFonts w:ascii="Times New Roman" w:hAnsi="Times New Roman" w:cs="Times New Roman"/>
                <w:sz w:val="24"/>
                <w:szCs w:val="24"/>
              </w:rPr>
              <w:t>–</w:t>
            </w:r>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прокуратура</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же</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укук</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коргоо</w:t>
            </w:r>
            <w:proofErr w:type="spellEnd"/>
            <w:r w:rsidRPr="00EA236A">
              <w:rPr>
                <w:rFonts w:ascii="Times New Roman" w:hAnsi="Times New Roman" w:cs="Times New Roman"/>
                <w:sz w:val="24"/>
                <w:szCs w:val="24"/>
              </w:rPr>
              <w:t xml:space="preserve"> </w:t>
            </w:r>
            <w:proofErr w:type="spellStart"/>
            <w:r w:rsidRPr="00EA236A">
              <w:rPr>
                <w:rFonts w:ascii="Times New Roman" w:hAnsi="Times New Roman" w:cs="Times New Roman"/>
                <w:sz w:val="24"/>
                <w:szCs w:val="24"/>
              </w:rPr>
              <w:t>органы</w:t>
            </w:r>
            <w:proofErr w:type="spellEnd"/>
          </w:p>
        </w:tc>
      </w:tr>
    </w:tbl>
    <w:p w14:paraId="6E0D1C9B" w14:textId="080F4AF1" w:rsidR="00EA236A" w:rsidRDefault="00EA236A" w:rsidP="00EA236A">
      <w:pPr>
        <w:pStyle w:val="31"/>
        <w:spacing w:before="0" w:after="0" w:line="240" w:lineRule="auto"/>
        <w:jc w:val="both"/>
        <w:rPr>
          <w:rFonts w:ascii="Times New Roman" w:eastAsia="Arial" w:hAnsi="Times New Roman" w:cs="Times New Roman"/>
          <w:sz w:val="28"/>
          <w:szCs w:val="28"/>
        </w:rPr>
      </w:pPr>
    </w:p>
    <w:p w14:paraId="13993953" w14:textId="77777777" w:rsidR="00EA236A" w:rsidRDefault="00EA236A" w:rsidP="001B1745">
      <w:pPr>
        <w:spacing w:after="0" w:line="240" w:lineRule="auto"/>
        <w:jc w:val="center"/>
        <w:rPr>
          <w:rFonts w:ascii="Times New Roman" w:hAnsi="Times New Roman" w:cs="Times New Roman"/>
          <w:b/>
          <w:bCs/>
          <w:sz w:val="28"/>
          <w:szCs w:val="28"/>
        </w:rPr>
      </w:pPr>
      <w:proofErr w:type="spellStart"/>
      <w:r w:rsidRPr="00EA236A">
        <w:rPr>
          <w:rFonts w:ascii="Times New Roman" w:hAnsi="Times New Roman" w:cs="Times New Roman"/>
          <w:b/>
          <w:bCs/>
          <w:sz w:val="28"/>
          <w:szCs w:val="28"/>
        </w:rPr>
        <w:t>Практикалык</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жагдайлар</w:t>
      </w:r>
      <w:proofErr w:type="spellEnd"/>
    </w:p>
    <w:p w14:paraId="7F95A197" w14:textId="77777777" w:rsidR="001B1745" w:rsidRDefault="000321B4" w:rsidP="001B1745">
      <w:pPr>
        <w:spacing w:after="0" w:line="240" w:lineRule="auto"/>
        <w:ind w:firstLine="709"/>
        <w:jc w:val="both"/>
        <w:rPr>
          <w:rFonts w:ascii="Times New Roman" w:hAnsi="Times New Roman" w:cs="Times New Roman"/>
          <w:sz w:val="28"/>
          <w:szCs w:val="28"/>
        </w:rPr>
      </w:pPr>
      <w:proofErr w:type="spellStart"/>
      <w:r w:rsidRPr="00EA236A">
        <w:rPr>
          <w:rFonts w:ascii="Times New Roman" w:hAnsi="Times New Roman" w:cs="Times New Roman"/>
          <w:b/>
          <w:bCs/>
          <w:sz w:val="28"/>
          <w:szCs w:val="28"/>
        </w:rPr>
        <w:t>Пландуу</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текшерүү</w:t>
      </w:r>
      <w:proofErr w:type="spellEnd"/>
      <w:r w:rsidRPr="00EA236A">
        <w:rPr>
          <w:rFonts w:ascii="Times New Roman" w:hAnsi="Times New Roman" w:cs="Times New Roman"/>
          <w:b/>
          <w:bCs/>
          <w:sz w:val="28"/>
          <w:szCs w:val="28"/>
        </w:rPr>
        <w:t xml:space="preserve"> 2026-жылдын </w:t>
      </w:r>
      <w:proofErr w:type="spellStart"/>
      <w:r w:rsidRPr="00EA236A">
        <w:rPr>
          <w:rFonts w:ascii="Times New Roman" w:hAnsi="Times New Roman" w:cs="Times New Roman"/>
          <w:b/>
          <w:bCs/>
          <w:sz w:val="28"/>
          <w:szCs w:val="28"/>
        </w:rPr>
        <w:t>сентябрына</w:t>
      </w:r>
      <w:proofErr w:type="spellEnd"/>
      <w:r w:rsidRPr="00EA236A">
        <w:rPr>
          <w:rFonts w:ascii="Times New Roman" w:hAnsi="Times New Roman" w:cs="Times New Roman"/>
          <w:b/>
          <w:bCs/>
          <w:sz w:val="28"/>
          <w:szCs w:val="28"/>
        </w:rPr>
        <w:t xml:space="preserve"> </w:t>
      </w:r>
      <w:proofErr w:type="spellStart"/>
      <w:r w:rsidRPr="00EA236A">
        <w:rPr>
          <w:rFonts w:ascii="Times New Roman" w:hAnsi="Times New Roman" w:cs="Times New Roman"/>
          <w:b/>
          <w:bCs/>
          <w:sz w:val="28"/>
          <w:szCs w:val="28"/>
        </w:rPr>
        <w:t>дайындалды</w:t>
      </w:r>
      <w:proofErr w:type="spellEnd"/>
      <w:r w:rsidRPr="00EA236A">
        <w:rPr>
          <w:rFonts w:ascii="Times New Roman" w:hAnsi="Times New Roman" w:cs="Times New Roman"/>
          <w:b/>
          <w:bCs/>
          <w:sz w:val="28"/>
          <w:szCs w:val="28"/>
        </w:rPr>
        <w:t>:</w:t>
      </w:r>
      <w:r w:rsidR="001B1745">
        <w:rPr>
          <w:rFonts w:ascii="Times New Roman" w:hAnsi="Times New Roman" w:cs="Times New Roman"/>
          <w:sz w:val="28"/>
          <w:szCs w:val="28"/>
          <w:lang w:val="ru-RU"/>
        </w:rPr>
        <w:t xml:space="preserve"> № 113 Жарлыкта каралган мораторийден тышкаркы учурду жана укуктук негизди көрсөтүүнү сураңыз. Эгер өзгөчөлүк ырасталбаса, </w:t>
      </w:r>
      <w:proofErr w:type="spellStart"/>
      <w:r w:rsidR="001B1745">
        <w:rPr>
          <w:rFonts w:ascii="Times New Roman" w:hAnsi="Times New Roman" w:cs="Times New Roman"/>
          <w:sz w:val="28"/>
          <w:szCs w:val="28"/>
          <w:lang w:val="ru-RU"/>
        </w:rPr>
        <w:t>жазуу</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жүзүндө</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каршылык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билдирип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документтерди</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каттап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физикалык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тоскоолдук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жаратпастан</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даттаныңыз</w:t>
      </w:r>
      <w:proofErr w:type="spellEnd"/>
      <w:r w:rsidR="001B1745">
        <w:rPr>
          <w:rFonts w:ascii="Times New Roman" w:hAnsi="Times New Roman" w:cs="Times New Roman"/>
          <w:sz w:val="28"/>
          <w:szCs w:val="28"/>
          <w:lang w:val="ru-RU"/>
        </w:rPr>
        <w:t>.</w:t>
      </w:r>
    </w:p>
    <w:p w14:paraId="3B6D405A" w14:textId="77777777" w:rsidR="001B1745" w:rsidRDefault="000321B4" w:rsidP="001B1745">
      <w:pPr>
        <w:spacing w:after="0" w:line="240" w:lineRule="auto"/>
        <w:ind w:firstLine="709"/>
        <w:jc w:val="both"/>
        <w:rPr>
          <w:rFonts w:ascii="Times New Roman" w:hAnsi="Times New Roman" w:cs="Times New Roman"/>
          <w:sz w:val="28"/>
          <w:szCs w:val="28"/>
        </w:rPr>
      </w:pPr>
      <w:proofErr w:type="spellStart"/>
      <w:r w:rsidRPr="001B1745">
        <w:rPr>
          <w:rFonts w:ascii="Times New Roman" w:hAnsi="Times New Roman" w:cs="Times New Roman"/>
          <w:b/>
          <w:bCs/>
          <w:sz w:val="28"/>
          <w:szCs w:val="28"/>
        </w:rPr>
        <w:t>Мораторий</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аяктагандан</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кийин</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экологиялык</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текшерүү</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билдирүүсүз</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башталды</w:t>
      </w:r>
      <w:proofErr w:type="spellEnd"/>
      <w:r w:rsidRPr="001B1745">
        <w:rPr>
          <w:rFonts w:ascii="Times New Roman" w:hAnsi="Times New Roman" w:cs="Times New Roman"/>
          <w:b/>
          <w:bCs/>
          <w:sz w:val="28"/>
          <w:szCs w:val="28"/>
        </w:rPr>
        <w:t>:</w:t>
      </w:r>
      <w:r w:rsidR="001B1745">
        <w:rPr>
          <w:rFonts w:ascii="Times New Roman" w:hAnsi="Times New Roman" w:cs="Times New Roman"/>
          <w:sz w:val="28"/>
          <w:szCs w:val="28"/>
          <w:lang w:val="ru-RU"/>
        </w:rPr>
        <w:t xml:space="preserve"> 10 күндүк билдирүүнүн жоктугу өзүнөн-өзү бузууну далилдебейт, анткени № 72 Мыйзам экологиялык коопсуздук боюнча пландуу текшерүүгө өзгөчөлүк карайт. Бирок мыйзамда каралган шашылыш учурлардан тышкары күбөлүктөр, тескөөчү документ, предмет жана </w:t>
      </w:r>
      <w:proofErr w:type="spellStart"/>
      <w:r w:rsidR="001B1745">
        <w:rPr>
          <w:rFonts w:ascii="Times New Roman" w:hAnsi="Times New Roman" w:cs="Times New Roman"/>
          <w:sz w:val="28"/>
          <w:szCs w:val="28"/>
          <w:lang w:val="ru-RU"/>
        </w:rPr>
        <w:t>мөөнөттөр</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милдеттүү</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бойдон</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калат</w:t>
      </w:r>
      <w:proofErr w:type="spellEnd"/>
      <w:r w:rsidR="001B1745">
        <w:rPr>
          <w:rFonts w:ascii="Times New Roman" w:hAnsi="Times New Roman" w:cs="Times New Roman"/>
          <w:sz w:val="28"/>
          <w:szCs w:val="28"/>
          <w:lang w:val="ru-RU"/>
        </w:rPr>
        <w:t>.</w:t>
      </w:r>
    </w:p>
    <w:p w14:paraId="4F8D18BB" w14:textId="77777777" w:rsidR="001B1745" w:rsidRDefault="000321B4" w:rsidP="001B1745">
      <w:pPr>
        <w:spacing w:after="0" w:line="240" w:lineRule="auto"/>
        <w:ind w:firstLine="709"/>
        <w:jc w:val="both"/>
        <w:rPr>
          <w:rFonts w:ascii="Times New Roman" w:hAnsi="Times New Roman" w:cs="Times New Roman"/>
          <w:sz w:val="28"/>
          <w:szCs w:val="28"/>
        </w:rPr>
      </w:pPr>
      <w:proofErr w:type="spellStart"/>
      <w:r w:rsidRPr="001B1745">
        <w:rPr>
          <w:rFonts w:ascii="Times New Roman" w:hAnsi="Times New Roman" w:cs="Times New Roman"/>
          <w:b/>
          <w:bCs/>
          <w:sz w:val="28"/>
          <w:szCs w:val="28"/>
        </w:rPr>
        <w:lastRenderedPageBreak/>
        <w:t>Уруксат</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үчүн</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жеке</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картага</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төлөм</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талап</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кылышса</w:t>
      </w:r>
      <w:proofErr w:type="spellEnd"/>
      <w:r w:rsidRPr="001B1745">
        <w:rPr>
          <w:rFonts w:ascii="Times New Roman" w:hAnsi="Times New Roman" w:cs="Times New Roman"/>
          <w:b/>
          <w:bCs/>
          <w:sz w:val="28"/>
          <w:szCs w:val="28"/>
        </w:rPr>
        <w:t>:</w:t>
      </w:r>
      <w:r w:rsidR="001B1745">
        <w:rPr>
          <w:rFonts w:ascii="Times New Roman" w:hAnsi="Times New Roman" w:cs="Times New Roman"/>
          <w:sz w:val="28"/>
          <w:szCs w:val="28"/>
          <w:lang w:val="ru-RU"/>
        </w:rPr>
        <w:t xml:space="preserve"> төлөбөңүз. Расмий эсеп-кысапты, ченемдик негизди жана бюджеттик/казыначылык реквизиттерди сураңыз. </w:t>
      </w:r>
      <w:proofErr w:type="spellStart"/>
      <w:r w:rsidR="001B1745">
        <w:rPr>
          <w:rFonts w:ascii="Times New Roman" w:hAnsi="Times New Roman" w:cs="Times New Roman"/>
          <w:sz w:val="28"/>
          <w:szCs w:val="28"/>
          <w:lang w:val="ru-RU"/>
        </w:rPr>
        <w:t>Билдирүүнү</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сактап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коррупциялык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талап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жөнүндө</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кабар</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жөнөтүңүз</w:t>
      </w:r>
      <w:proofErr w:type="spellEnd"/>
      <w:r w:rsidR="001B1745">
        <w:rPr>
          <w:rFonts w:ascii="Times New Roman" w:hAnsi="Times New Roman" w:cs="Times New Roman"/>
          <w:sz w:val="28"/>
          <w:szCs w:val="28"/>
          <w:lang w:val="ru-RU"/>
        </w:rPr>
        <w:t>.</w:t>
      </w:r>
    </w:p>
    <w:p w14:paraId="2EEF358E" w14:textId="77777777" w:rsidR="001B1745" w:rsidRDefault="000321B4" w:rsidP="001B1745">
      <w:pPr>
        <w:spacing w:after="0" w:line="240" w:lineRule="auto"/>
        <w:ind w:firstLine="709"/>
        <w:jc w:val="both"/>
        <w:rPr>
          <w:rFonts w:ascii="Times New Roman" w:hAnsi="Times New Roman" w:cs="Times New Roman"/>
          <w:sz w:val="28"/>
          <w:szCs w:val="28"/>
        </w:rPr>
      </w:pPr>
      <w:proofErr w:type="spellStart"/>
      <w:r w:rsidRPr="001B1745">
        <w:rPr>
          <w:rFonts w:ascii="Times New Roman" w:hAnsi="Times New Roman" w:cs="Times New Roman"/>
          <w:b/>
          <w:bCs/>
          <w:sz w:val="28"/>
          <w:szCs w:val="28"/>
        </w:rPr>
        <w:t>Маалымат</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алуу</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үчүн</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суроо-талапка</w:t>
      </w:r>
      <w:proofErr w:type="spellEnd"/>
      <w:r w:rsidRPr="001B1745">
        <w:rPr>
          <w:rFonts w:ascii="Times New Roman" w:hAnsi="Times New Roman" w:cs="Times New Roman"/>
          <w:b/>
          <w:bCs/>
          <w:sz w:val="28"/>
          <w:szCs w:val="28"/>
        </w:rPr>
        <w:t xml:space="preserve"> 10 </w:t>
      </w:r>
      <w:proofErr w:type="spellStart"/>
      <w:r w:rsidRPr="001B1745">
        <w:rPr>
          <w:rFonts w:ascii="Times New Roman" w:hAnsi="Times New Roman" w:cs="Times New Roman"/>
          <w:b/>
          <w:bCs/>
          <w:sz w:val="28"/>
          <w:szCs w:val="28"/>
        </w:rPr>
        <w:t>жумуш</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күнү</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жооп</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жок</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болсо</w:t>
      </w:r>
      <w:proofErr w:type="spellEnd"/>
      <w:r w:rsidRPr="001B1745">
        <w:rPr>
          <w:rFonts w:ascii="Times New Roman" w:hAnsi="Times New Roman" w:cs="Times New Roman"/>
          <w:b/>
          <w:bCs/>
          <w:sz w:val="28"/>
          <w:szCs w:val="28"/>
        </w:rPr>
        <w:t>:</w:t>
      </w:r>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мөөнөттү</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узартуу</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жөнүндө</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өз</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убагында</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билдирүү</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болбосо</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жооп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бербөө</w:t>
      </w:r>
      <w:proofErr w:type="spellEnd"/>
      <w:r w:rsidR="001B1745">
        <w:rPr>
          <w:rFonts w:ascii="Times New Roman" w:hAnsi="Times New Roman" w:cs="Times New Roman"/>
          <w:sz w:val="28"/>
          <w:szCs w:val="28"/>
          <w:lang w:val="ru-RU"/>
        </w:rPr>
        <w:t xml:space="preserve"> баш </w:t>
      </w:r>
      <w:proofErr w:type="spellStart"/>
      <w:r w:rsidR="001B1745">
        <w:rPr>
          <w:rFonts w:ascii="Times New Roman" w:hAnsi="Times New Roman" w:cs="Times New Roman"/>
          <w:sz w:val="28"/>
          <w:szCs w:val="28"/>
          <w:lang w:val="ru-RU"/>
        </w:rPr>
        <w:t>тартуу</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деп</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эсептелет</w:t>
      </w:r>
      <w:proofErr w:type="spellEnd"/>
      <w:r w:rsidR="001B1745">
        <w:rPr>
          <w:rFonts w:ascii="Times New Roman" w:hAnsi="Times New Roman" w:cs="Times New Roman"/>
          <w:sz w:val="28"/>
          <w:szCs w:val="28"/>
          <w:lang w:val="ru-RU"/>
        </w:rPr>
        <w:t xml:space="preserve">. 30 </w:t>
      </w:r>
      <w:proofErr w:type="spellStart"/>
      <w:r w:rsidR="001B1745">
        <w:rPr>
          <w:rFonts w:ascii="Times New Roman" w:hAnsi="Times New Roman" w:cs="Times New Roman"/>
          <w:sz w:val="28"/>
          <w:szCs w:val="28"/>
          <w:lang w:val="ru-RU"/>
        </w:rPr>
        <w:t>календардык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күндүн</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ичинде</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даттануу</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бериңиз</w:t>
      </w:r>
      <w:proofErr w:type="spellEnd"/>
      <w:r w:rsidR="001B1745">
        <w:rPr>
          <w:rFonts w:ascii="Times New Roman" w:hAnsi="Times New Roman" w:cs="Times New Roman"/>
          <w:sz w:val="28"/>
          <w:szCs w:val="28"/>
          <w:lang w:val="ru-RU"/>
        </w:rPr>
        <w:t xml:space="preserve"> же </w:t>
      </w:r>
      <w:proofErr w:type="spellStart"/>
      <w:r w:rsidR="001B1745">
        <w:rPr>
          <w:rFonts w:ascii="Times New Roman" w:hAnsi="Times New Roman" w:cs="Times New Roman"/>
          <w:sz w:val="28"/>
          <w:szCs w:val="28"/>
          <w:lang w:val="ru-RU"/>
        </w:rPr>
        <w:t>Акыйкатчыга</w:t>
      </w:r>
      <w:proofErr w:type="spellEnd"/>
      <w:r w:rsidR="001B1745">
        <w:rPr>
          <w:rFonts w:ascii="Times New Roman" w:hAnsi="Times New Roman" w:cs="Times New Roman"/>
          <w:sz w:val="28"/>
          <w:szCs w:val="28"/>
          <w:lang w:val="ru-RU"/>
        </w:rPr>
        <w:t xml:space="preserve"> же </w:t>
      </w:r>
      <w:proofErr w:type="spellStart"/>
      <w:r w:rsidR="001B1745">
        <w:rPr>
          <w:rFonts w:ascii="Times New Roman" w:hAnsi="Times New Roman" w:cs="Times New Roman"/>
          <w:sz w:val="28"/>
          <w:szCs w:val="28"/>
          <w:lang w:val="ru-RU"/>
        </w:rPr>
        <w:t>сотко</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кайрылыңыз</w:t>
      </w:r>
      <w:proofErr w:type="spellEnd"/>
      <w:r w:rsidR="001B1745">
        <w:rPr>
          <w:rFonts w:ascii="Times New Roman" w:hAnsi="Times New Roman" w:cs="Times New Roman"/>
          <w:sz w:val="28"/>
          <w:szCs w:val="28"/>
          <w:lang w:val="ru-RU"/>
        </w:rPr>
        <w:t>.</w:t>
      </w:r>
    </w:p>
    <w:p w14:paraId="11804239" w14:textId="1CB72C4B" w:rsidR="001B1745" w:rsidRDefault="000321B4" w:rsidP="001B1745">
      <w:pPr>
        <w:spacing w:after="0" w:line="240" w:lineRule="auto"/>
        <w:ind w:firstLine="709"/>
        <w:jc w:val="both"/>
        <w:rPr>
          <w:rFonts w:ascii="Times New Roman" w:hAnsi="Times New Roman" w:cs="Times New Roman"/>
          <w:sz w:val="28"/>
          <w:szCs w:val="28"/>
          <w:lang w:val="ru-RU"/>
        </w:rPr>
      </w:pPr>
      <w:proofErr w:type="spellStart"/>
      <w:r w:rsidRPr="001B1745">
        <w:rPr>
          <w:rFonts w:ascii="Times New Roman" w:hAnsi="Times New Roman" w:cs="Times New Roman"/>
          <w:b/>
          <w:bCs/>
          <w:sz w:val="28"/>
          <w:szCs w:val="28"/>
        </w:rPr>
        <w:t>Арыз</w:t>
      </w:r>
      <w:proofErr w:type="spellEnd"/>
      <w:r w:rsidRPr="001B1745">
        <w:rPr>
          <w:rFonts w:ascii="Times New Roman" w:hAnsi="Times New Roman" w:cs="Times New Roman"/>
          <w:b/>
          <w:bCs/>
          <w:sz w:val="28"/>
          <w:szCs w:val="28"/>
        </w:rPr>
        <w:t xml:space="preserve"> боюнча </w:t>
      </w:r>
      <w:proofErr w:type="spellStart"/>
      <w:r w:rsidRPr="001B1745">
        <w:rPr>
          <w:rFonts w:ascii="Times New Roman" w:hAnsi="Times New Roman" w:cs="Times New Roman"/>
          <w:b/>
          <w:bCs/>
          <w:sz w:val="28"/>
          <w:szCs w:val="28"/>
        </w:rPr>
        <w:t>чечим</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мөөнөтүндө</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кабыл</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алынбаса</w:t>
      </w:r>
      <w:proofErr w:type="spellEnd"/>
      <w:r w:rsidRPr="001B1745">
        <w:rPr>
          <w:rFonts w:ascii="Times New Roman" w:hAnsi="Times New Roman" w:cs="Times New Roman"/>
          <w:b/>
          <w:bCs/>
          <w:sz w:val="28"/>
          <w:szCs w:val="28"/>
        </w:rPr>
        <w:t>:</w:t>
      </w:r>
      <w:r w:rsidR="001B1745">
        <w:rPr>
          <w:rFonts w:ascii="Times New Roman" w:hAnsi="Times New Roman" w:cs="Times New Roman"/>
          <w:sz w:val="28"/>
          <w:szCs w:val="28"/>
          <w:lang w:val="ru-RU"/>
        </w:rPr>
        <w:t xml:space="preserve"> атайын мөөнөттү текшериңиз. Ал жок болсо, жалпы мөөнөт катары 30 жумуш күнүн эске алыңыз. </w:t>
      </w:r>
      <w:proofErr w:type="spellStart"/>
      <w:r w:rsidR="001B1745">
        <w:rPr>
          <w:rFonts w:ascii="Times New Roman" w:hAnsi="Times New Roman" w:cs="Times New Roman"/>
          <w:sz w:val="28"/>
          <w:szCs w:val="28"/>
          <w:lang w:val="ru-RU"/>
        </w:rPr>
        <w:t>Аракетсиздикке</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административдик</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тартипте</w:t>
      </w:r>
      <w:proofErr w:type="spellEnd"/>
      <w:r w:rsidR="001B1745">
        <w:rPr>
          <w:rFonts w:ascii="Times New Roman" w:hAnsi="Times New Roman" w:cs="Times New Roman"/>
          <w:sz w:val="28"/>
          <w:szCs w:val="28"/>
          <w:lang w:val="ru-RU"/>
        </w:rPr>
        <w:t xml:space="preserve"> же </w:t>
      </w:r>
      <w:proofErr w:type="spellStart"/>
      <w:r w:rsidR="001B1745">
        <w:rPr>
          <w:rFonts w:ascii="Times New Roman" w:hAnsi="Times New Roman" w:cs="Times New Roman"/>
          <w:sz w:val="28"/>
          <w:szCs w:val="28"/>
          <w:lang w:val="ru-RU"/>
        </w:rPr>
        <w:t>сотко</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даттаныңыз</w:t>
      </w:r>
      <w:proofErr w:type="spellEnd"/>
      <w:r w:rsidR="001B1745">
        <w:rPr>
          <w:rFonts w:ascii="Times New Roman" w:hAnsi="Times New Roman" w:cs="Times New Roman"/>
          <w:sz w:val="28"/>
          <w:szCs w:val="28"/>
          <w:lang w:val="ru-RU"/>
        </w:rPr>
        <w:t>.</w:t>
      </w:r>
    </w:p>
    <w:p w14:paraId="5A22614F" w14:textId="466A49A4" w:rsidR="008777B4" w:rsidRDefault="000321B4" w:rsidP="001B1745">
      <w:pPr>
        <w:spacing w:after="0" w:line="240" w:lineRule="auto"/>
        <w:ind w:firstLine="709"/>
        <w:jc w:val="both"/>
        <w:rPr>
          <w:rFonts w:ascii="Times New Roman" w:hAnsi="Times New Roman" w:cs="Times New Roman"/>
          <w:sz w:val="28"/>
          <w:szCs w:val="28"/>
        </w:rPr>
      </w:pPr>
      <w:r w:rsidRPr="001B1745">
        <w:rPr>
          <w:rFonts w:ascii="Times New Roman" w:hAnsi="Times New Roman" w:cs="Times New Roman"/>
          <w:b/>
          <w:bCs/>
          <w:sz w:val="28"/>
          <w:szCs w:val="28"/>
        </w:rPr>
        <w:t>Текшерүү актысында фактылар туура эмес баяндалса:</w:t>
      </w:r>
      <w:r w:rsidR="001B1745">
        <w:rPr>
          <w:rFonts w:ascii="Times New Roman" w:hAnsi="Times New Roman" w:cs="Times New Roman"/>
          <w:sz w:val="28"/>
          <w:szCs w:val="28"/>
          <w:lang w:val="ru-RU"/>
        </w:rPr>
        <w:t xml:space="preserve"> нускасын алып, макул эместигиңиз жөнүндө белги коюп, 10 күндүн ичинде документтер, сүрөттөр, </w:t>
      </w:r>
      <w:proofErr w:type="spellStart"/>
      <w:r w:rsidR="001B1745">
        <w:rPr>
          <w:rFonts w:ascii="Times New Roman" w:hAnsi="Times New Roman" w:cs="Times New Roman"/>
          <w:sz w:val="28"/>
          <w:szCs w:val="28"/>
          <w:lang w:val="ru-RU"/>
        </w:rPr>
        <w:t>журналдар</w:t>
      </w:r>
      <w:proofErr w:type="spellEnd"/>
      <w:r w:rsidR="001B1745">
        <w:rPr>
          <w:rFonts w:ascii="Times New Roman" w:hAnsi="Times New Roman" w:cs="Times New Roman"/>
          <w:sz w:val="28"/>
          <w:szCs w:val="28"/>
          <w:lang w:val="ru-RU"/>
        </w:rPr>
        <w:t xml:space="preserve"> жана башка </w:t>
      </w:r>
      <w:proofErr w:type="spellStart"/>
      <w:r w:rsidR="001B1745">
        <w:rPr>
          <w:rFonts w:ascii="Times New Roman" w:hAnsi="Times New Roman" w:cs="Times New Roman"/>
          <w:sz w:val="28"/>
          <w:szCs w:val="28"/>
          <w:lang w:val="ru-RU"/>
        </w:rPr>
        <w:t>жол</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берилген</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далилдер</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менен</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конкреттүү</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каршылыктарды</w:t>
      </w:r>
      <w:proofErr w:type="spellEnd"/>
      <w:r w:rsidR="001B1745">
        <w:rPr>
          <w:rFonts w:ascii="Times New Roman" w:hAnsi="Times New Roman" w:cs="Times New Roman"/>
          <w:sz w:val="28"/>
          <w:szCs w:val="28"/>
          <w:lang w:val="ru-RU"/>
        </w:rPr>
        <w:t xml:space="preserve"> </w:t>
      </w:r>
      <w:proofErr w:type="spellStart"/>
      <w:r w:rsidR="001B1745">
        <w:rPr>
          <w:rFonts w:ascii="Times New Roman" w:hAnsi="Times New Roman" w:cs="Times New Roman"/>
          <w:sz w:val="28"/>
          <w:szCs w:val="28"/>
          <w:lang w:val="ru-RU"/>
        </w:rPr>
        <w:t>жөнөтүңүз</w:t>
      </w:r>
      <w:proofErr w:type="spellEnd"/>
      <w:r w:rsidR="001B1745">
        <w:rPr>
          <w:rFonts w:ascii="Times New Roman" w:hAnsi="Times New Roman" w:cs="Times New Roman"/>
          <w:sz w:val="28"/>
          <w:szCs w:val="28"/>
          <w:lang w:val="ru-RU"/>
        </w:rPr>
        <w:t>.</w:t>
      </w:r>
    </w:p>
    <w:p w14:paraId="1E4620C9" w14:textId="03647DD0" w:rsidR="001B1745" w:rsidRDefault="001B1745" w:rsidP="001B1745">
      <w:pPr>
        <w:spacing w:after="0" w:line="240" w:lineRule="auto"/>
        <w:ind w:firstLine="709"/>
        <w:jc w:val="both"/>
        <w:rPr>
          <w:rFonts w:ascii="Times New Roman" w:hAnsi="Times New Roman" w:cs="Times New Roman"/>
          <w:sz w:val="28"/>
          <w:szCs w:val="28"/>
        </w:rPr>
      </w:pPr>
    </w:p>
    <w:p w14:paraId="413B5048" w14:textId="1FC72E1B" w:rsidR="001B1745" w:rsidRPr="001B1745" w:rsidRDefault="001B1745" w:rsidP="001B1745">
      <w:pPr>
        <w:spacing w:after="0" w:line="240" w:lineRule="auto"/>
        <w:ind w:firstLine="709"/>
        <w:jc w:val="center"/>
        <w:rPr>
          <w:rFonts w:ascii="Times New Roman" w:hAnsi="Times New Roman" w:cs="Times New Roman"/>
          <w:b/>
          <w:bCs/>
          <w:sz w:val="28"/>
          <w:szCs w:val="28"/>
        </w:rPr>
      </w:pPr>
      <w:proofErr w:type="spellStart"/>
      <w:r w:rsidRPr="001B1745">
        <w:rPr>
          <w:rFonts w:ascii="Times New Roman" w:hAnsi="Times New Roman" w:cs="Times New Roman"/>
          <w:b/>
          <w:bCs/>
          <w:sz w:val="28"/>
          <w:szCs w:val="28"/>
        </w:rPr>
        <w:t>Ыкчам</w:t>
      </w:r>
      <w:proofErr w:type="spellEnd"/>
      <w:r w:rsidRPr="001B1745">
        <w:rPr>
          <w:rFonts w:ascii="Times New Roman" w:hAnsi="Times New Roman" w:cs="Times New Roman"/>
          <w:b/>
          <w:bCs/>
          <w:sz w:val="28"/>
          <w:szCs w:val="28"/>
        </w:rPr>
        <w:t xml:space="preserve"> </w:t>
      </w:r>
      <w:proofErr w:type="spellStart"/>
      <w:r w:rsidRPr="001B1745">
        <w:rPr>
          <w:rFonts w:ascii="Times New Roman" w:hAnsi="Times New Roman" w:cs="Times New Roman"/>
          <w:b/>
          <w:bCs/>
          <w:sz w:val="28"/>
          <w:szCs w:val="28"/>
        </w:rPr>
        <w:t>жетүү</w:t>
      </w:r>
      <w:proofErr w:type="spellEnd"/>
    </w:p>
    <w:tbl>
      <w:tblPr>
        <w:tblW w:w="0" w:type="auto"/>
        <w:jc w:val="center"/>
        <w:tblLayout w:type="fixed"/>
        <w:tblLook w:val="04A0" w:firstRow="1" w:lastRow="0" w:firstColumn="1" w:lastColumn="0" w:noHBand="0" w:noVBand="1"/>
      </w:tblPr>
      <w:tblGrid>
        <w:gridCol w:w="4968"/>
        <w:gridCol w:w="4968"/>
      </w:tblGrid>
      <w:tr w:rsidR="008777B4" w:rsidRPr="00E6757D" w14:paraId="39A805A9" w14:textId="77777777">
        <w:trPr>
          <w:cantSplit/>
          <w:jc w:val="center"/>
        </w:trPr>
        <w:tc>
          <w:tcPr>
            <w:tcW w:w="4968" w:type="dxa"/>
            <w:tcBorders>
              <w:top w:val="single" w:sz="6" w:space="0" w:color="D9D9D9"/>
              <w:left w:val="single" w:sz="6" w:space="0" w:color="D9D9D9"/>
              <w:bottom w:val="single" w:sz="6" w:space="0" w:color="D9D9D9"/>
              <w:right w:val="single" w:sz="6" w:space="0" w:color="D9D9D9"/>
            </w:tcBorders>
            <w:tcMar>
              <w:top w:w="130" w:type="dxa"/>
              <w:left w:w="110" w:type="dxa"/>
              <w:bottom w:w="130" w:type="dxa"/>
              <w:right w:w="110" w:type="dxa"/>
            </w:tcMar>
            <w:vAlign w:val="center"/>
          </w:tcPr>
          <w:p w14:paraId="73FC025E" w14:textId="77777777" w:rsidR="008777B4" w:rsidRPr="0045066B" w:rsidRDefault="000321B4" w:rsidP="00E6757D">
            <w:pPr>
              <w:keepNext/>
              <w:keepLines/>
              <w:spacing w:after="0" w:line="240" w:lineRule="auto"/>
              <w:jc w:val="center"/>
              <w:rPr>
                <w:rFonts w:ascii="Times New Roman" w:hAnsi="Times New Roman" w:cs="Times New Roman"/>
                <w:sz w:val="24"/>
                <w:szCs w:val="24"/>
              </w:rPr>
            </w:pPr>
            <w:r w:rsidRPr="0045066B">
              <w:rPr>
                <w:rFonts w:ascii="Times New Roman" w:hAnsi="Times New Roman" w:cs="Times New Roman"/>
                <w:b/>
                <w:sz w:val="24"/>
                <w:szCs w:val="24"/>
              </w:rPr>
              <w:t xml:space="preserve">КР ЖРЭТКМ </w:t>
            </w:r>
            <w:proofErr w:type="spellStart"/>
            <w:r w:rsidRPr="0045066B">
              <w:rPr>
                <w:rFonts w:ascii="Times New Roman" w:hAnsi="Times New Roman" w:cs="Times New Roman"/>
                <w:b/>
                <w:sz w:val="24"/>
                <w:szCs w:val="24"/>
              </w:rPr>
              <w:t>сайты</w:t>
            </w:r>
            <w:proofErr w:type="spellEnd"/>
          </w:p>
          <w:p w14:paraId="25F3B4DB" w14:textId="77777777" w:rsidR="008777B4" w:rsidRPr="0045066B" w:rsidRDefault="000321B4" w:rsidP="00E6757D">
            <w:pPr>
              <w:keepLines/>
              <w:spacing w:after="0" w:line="240" w:lineRule="auto"/>
              <w:jc w:val="center"/>
              <w:rPr>
                <w:rFonts w:ascii="Times New Roman" w:hAnsi="Times New Roman" w:cs="Times New Roman"/>
                <w:sz w:val="24"/>
                <w:szCs w:val="24"/>
              </w:rPr>
            </w:pPr>
            <w:r w:rsidRPr="0045066B">
              <w:rPr>
                <w:rFonts w:ascii="Times New Roman" w:hAnsi="Times New Roman" w:cs="Times New Roman"/>
                <w:noProof/>
                <w:sz w:val="24"/>
                <w:szCs w:val="24"/>
              </w:rPr>
              <w:drawing>
                <wp:inline distT="0" distB="0" distL="0" distR="0" wp14:anchorId="4B1E12CE" wp14:editId="5BC43483">
                  <wp:extent cx="841248" cy="841248"/>
                  <wp:effectExtent l="0" t="0" r="0" b="0"/>
                  <wp:docPr id="1" name="Picture 1" descr="https://mnr.gov.kg/ru/" title="Сайт МПРЭТН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r_qr.png"/>
                          <pic:cNvPicPr/>
                        </pic:nvPicPr>
                        <pic:blipFill>
                          <a:blip r:embed="rId8"/>
                          <a:stretch>
                            <a:fillRect/>
                          </a:stretch>
                        </pic:blipFill>
                        <pic:spPr>
                          <a:xfrm>
                            <a:off x="0" y="0"/>
                            <a:ext cx="841248" cy="841248"/>
                          </a:xfrm>
                          <a:prstGeom prst="rect">
                            <a:avLst/>
                          </a:prstGeom>
                        </pic:spPr>
                      </pic:pic>
                    </a:graphicData>
                  </a:graphic>
                </wp:inline>
              </w:drawing>
            </w:r>
          </w:p>
          <w:p w14:paraId="116DEDD5" w14:textId="77777777" w:rsidR="008777B4" w:rsidRPr="0045066B" w:rsidRDefault="00B26E62" w:rsidP="00E6757D">
            <w:pPr>
              <w:keepLines/>
              <w:spacing w:after="0" w:line="240" w:lineRule="auto"/>
              <w:jc w:val="center"/>
              <w:rPr>
                <w:rFonts w:ascii="Times New Roman" w:hAnsi="Times New Roman" w:cs="Times New Roman"/>
                <w:sz w:val="24"/>
                <w:szCs w:val="24"/>
              </w:rPr>
            </w:pPr>
            <w:hyperlink r:id="rId9">
              <w:r w:rsidR="000321B4" w:rsidRPr="0045066B">
                <w:rPr>
                  <w:rFonts w:ascii="Times New Roman" w:hAnsi="Times New Roman" w:cs="Times New Roman"/>
                  <w:color w:val="203864"/>
                  <w:sz w:val="24"/>
                  <w:szCs w:val="24"/>
                  <w:u w:val="single"/>
                </w:rPr>
                <w:t>mnr.gov.kg/ru/</w:t>
              </w:r>
            </w:hyperlink>
          </w:p>
        </w:tc>
        <w:tc>
          <w:tcPr>
            <w:tcW w:w="4968" w:type="dxa"/>
            <w:tcBorders>
              <w:top w:val="single" w:sz="6" w:space="0" w:color="D9D9D9"/>
              <w:left w:val="single" w:sz="6" w:space="0" w:color="D9D9D9"/>
              <w:bottom w:val="single" w:sz="6" w:space="0" w:color="D9D9D9"/>
              <w:right w:val="single" w:sz="6" w:space="0" w:color="D9D9D9"/>
            </w:tcBorders>
            <w:tcMar>
              <w:top w:w="130" w:type="dxa"/>
              <w:left w:w="110" w:type="dxa"/>
              <w:bottom w:w="130" w:type="dxa"/>
              <w:right w:w="110" w:type="dxa"/>
            </w:tcMar>
            <w:vAlign w:val="center"/>
          </w:tcPr>
          <w:p w14:paraId="4149C7AA" w14:textId="77777777" w:rsidR="008777B4" w:rsidRPr="0045066B" w:rsidRDefault="000321B4" w:rsidP="00E6757D">
            <w:pPr>
              <w:keepNext/>
              <w:keepLines/>
              <w:spacing w:after="0" w:line="240" w:lineRule="auto"/>
              <w:jc w:val="center"/>
              <w:rPr>
                <w:rFonts w:ascii="Times New Roman" w:hAnsi="Times New Roman" w:cs="Times New Roman"/>
                <w:sz w:val="24"/>
                <w:szCs w:val="24"/>
              </w:rPr>
            </w:pPr>
            <w:r w:rsidRPr="0045066B">
              <w:rPr>
                <w:rFonts w:ascii="Times New Roman" w:hAnsi="Times New Roman" w:cs="Times New Roman"/>
                <w:b/>
                <w:sz w:val="24"/>
                <w:szCs w:val="24"/>
              </w:rPr>
              <w:t>Tunduk аркылуу кайрылуу</w:t>
            </w:r>
          </w:p>
          <w:p w14:paraId="467DA2F1" w14:textId="77777777" w:rsidR="008777B4" w:rsidRPr="0045066B" w:rsidRDefault="000321B4" w:rsidP="00E6757D">
            <w:pPr>
              <w:keepLines/>
              <w:spacing w:after="0" w:line="240" w:lineRule="auto"/>
              <w:jc w:val="center"/>
              <w:rPr>
                <w:rFonts w:ascii="Times New Roman" w:hAnsi="Times New Roman" w:cs="Times New Roman"/>
                <w:sz w:val="24"/>
                <w:szCs w:val="24"/>
              </w:rPr>
            </w:pPr>
            <w:r w:rsidRPr="0045066B">
              <w:rPr>
                <w:rFonts w:ascii="Times New Roman" w:hAnsi="Times New Roman" w:cs="Times New Roman"/>
                <w:noProof/>
                <w:sz w:val="24"/>
                <w:szCs w:val="24"/>
              </w:rPr>
              <w:drawing>
                <wp:inline distT="0" distB="0" distL="0" distR="0" wp14:anchorId="111F70F7" wp14:editId="7E3D725E">
                  <wp:extent cx="841248" cy="841248"/>
                  <wp:effectExtent l="0" t="0" r="0" b="0"/>
                  <wp:docPr id="2" name="Picture 2" descr="https://portal.tunduk.kg/public_services/new_message_sed" title="Обращение через Tund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duk_qr.png"/>
                          <pic:cNvPicPr/>
                        </pic:nvPicPr>
                        <pic:blipFill>
                          <a:blip r:embed="rId10"/>
                          <a:stretch>
                            <a:fillRect/>
                          </a:stretch>
                        </pic:blipFill>
                        <pic:spPr>
                          <a:xfrm>
                            <a:off x="0" y="0"/>
                            <a:ext cx="841248" cy="841248"/>
                          </a:xfrm>
                          <a:prstGeom prst="rect">
                            <a:avLst/>
                          </a:prstGeom>
                        </pic:spPr>
                      </pic:pic>
                    </a:graphicData>
                  </a:graphic>
                </wp:inline>
              </w:drawing>
            </w:r>
          </w:p>
          <w:p w14:paraId="5CE0DDC0" w14:textId="77777777" w:rsidR="008777B4" w:rsidRPr="0045066B" w:rsidRDefault="00B26E62" w:rsidP="00E6757D">
            <w:pPr>
              <w:keepLines/>
              <w:spacing w:after="0" w:line="240" w:lineRule="auto"/>
              <w:jc w:val="center"/>
              <w:rPr>
                <w:rFonts w:ascii="Times New Roman" w:hAnsi="Times New Roman" w:cs="Times New Roman"/>
                <w:sz w:val="24"/>
                <w:szCs w:val="24"/>
              </w:rPr>
            </w:pPr>
            <w:hyperlink r:id="rId11">
              <w:r w:rsidR="000321B4" w:rsidRPr="0045066B">
                <w:rPr>
                  <w:rFonts w:ascii="Times New Roman" w:hAnsi="Times New Roman" w:cs="Times New Roman"/>
                  <w:color w:val="203864"/>
                  <w:sz w:val="24"/>
                  <w:szCs w:val="24"/>
                  <w:u w:val="single"/>
                </w:rPr>
                <w:t>portal.tunduk.kg/public_services/new_message_sed</w:t>
              </w:r>
            </w:hyperlink>
          </w:p>
        </w:tc>
      </w:tr>
      <w:tr w:rsidR="008777B4" w:rsidRPr="00E6757D" w14:paraId="2A5FC854" w14:textId="77777777">
        <w:trPr>
          <w:cantSplit/>
          <w:jc w:val="center"/>
        </w:trPr>
        <w:tc>
          <w:tcPr>
            <w:tcW w:w="4968" w:type="dxa"/>
            <w:tcBorders>
              <w:top w:val="single" w:sz="6" w:space="0" w:color="D9D9D9"/>
              <w:left w:val="single" w:sz="6" w:space="0" w:color="D9D9D9"/>
              <w:bottom w:val="single" w:sz="6" w:space="0" w:color="D9D9D9"/>
              <w:right w:val="single" w:sz="6" w:space="0" w:color="D9D9D9"/>
            </w:tcBorders>
            <w:tcMar>
              <w:top w:w="130" w:type="dxa"/>
              <w:left w:w="110" w:type="dxa"/>
              <w:bottom w:w="130" w:type="dxa"/>
              <w:right w:w="110" w:type="dxa"/>
            </w:tcMar>
            <w:vAlign w:val="center"/>
          </w:tcPr>
          <w:p w14:paraId="7DEE0858" w14:textId="77777777" w:rsidR="008777B4" w:rsidRPr="0045066B" w:rsidRDefault="000321B4" w:rsidP="00E6757D">
            <w:pPr>
              <w:keepNext/>
              <w:keepLines/>
              <w:spacing w:after="0" w:line="240" w:lineRule="auto"/>
              <w:jc w:val="center"/>
              <w:rPr>
                <w:rFonts w:ascii="Times New Roman" w:hAnsi="Times New Roman" w:cs="Times New Roman"/>
                <w:sz w:val="24"/>
                <w:szCs w:val="24"/>
              </w:rPr>
            </w:pPr>
            <w:proofErr w:type="spellStart"/>
            <w:r w:rsidRPr="0045066B">
              <w:rPr>
                <w:rFonts w:ascii="Times New Roman" w:hAnsi="Times New Roman" w:cs="Times New Roman"/>
                <w:b/>
                <w:sz w:val="24"/>
                <w:szCs w:val="24"/>
              </w:rPr>
              <w:t>Электрондук</w:t>
            </w:r>
            <w:proofErr w:type="spellEnd"/>
            <w:r w:rsidRPr="0045066B">
              <w:rPr>
                <w:rFonts w:ascii="Times New Roman" w:hAnsi="Times New Roman" w:cs="Times New Roman"/>
                <w:b/>
                <w:sz w:val="24"/>
                <w:szCs w:val="24"/>
              </w:rPr>
              <w:t xml:space="preserve"> </w:t>
            </w:r>
            <w:proofErr w:type="spellStart"/>
            <w:r w:rsidRPr="0045066B">
              <w:rPr>
                <w:rFonts w:ascii="Times New Roman" w:hAnsi="Times New Roman" w:cs="Times New Roman"/>
                <w:b/>
                <w:sz w:val="24"/>
                <w:szCs w:val="24"/>
              </w:rPr>
              <w:t>лицензиялар</w:t>
            </w:r>
            <w:proofErr w:type="spellEnd"/>
          </w:p>
          <w:p w14:paraId="2FC32403" w14:textId="77777777" w:rsidR="008777B4" w:rsidRPr="0045066B" w:rsidRDefault="000321B4" w:rsidP="00E6757D">
            <w:pPr>
              <w:keepLines/>
              <w:spacing w:after="0" w:line="240" w:lineRule="auto"/>
              <w:jc w:val="center"/>
              <w:rPr>
                <w:rFonts w:ascii="Times New Roman" w:hAnsi="Times New Roman" w:cs="Times New Roman"/>
                <w:sz w:val="24"/>
                <w:szCs w:val="24"/>
              </w:rPr>
            </w:pPr>
            <w:r w:rsidRPr="0045066B">
              <w:rPr>
                <w:rFonts w:ascii="Times New Roman" w:hAnsi="Times New Roman" w:cs="Times New Roman"/>
                <w:noProof/>
                <w:sz w:val="24"/>
                <w:szCs w:val="24"/>
              </w:rPr>
              <w:drawing>
                <wp:inline distT="0" distB="0" distL="0" distR="0" wp14:anchorId="16597AA9" wp14:editId="01C35846">
                  <wp:extent cx="841248" cy="841248"/>
                  <wp:effectExtent l="0" t="0" r="0" b="0"/>
                  <wp:docPr id="3" name="Picture 3" descr="https://elicense.gov.kg/" title="Электронные лиценз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icense_qr.png"/>
                          <pic:cNvPicPr/>
                        </pic:nvPicPr>
                        <pic:blipFill>
                          <a:blip r:embed="rId12"/>
                          <a:stretch>
                            <a:fillRect/>
                          </a:stretch>
                        </pic:blipFill>
                        <pic:spPr>
                          <a:xfrm>
                            <a:off x="0" y="0"/>
                            <a:ext cx="841248" cy="841248"/>
                          </a:xfrm>
                          <a:prstGeom prst="rect">
                            <a:avLst/>
                          </a:prstGeom>
                        </pic:spPr>
                      </pic:pic>
                    </a:graphicData>
                  </a:graphic>
                </wp:inline>
              </w:drawing>
            </w:r>
          </w:p>
          <w:p w14:paraId="6C494D4C" w14:textId="77777777" w:rsidR="008777B4" w:rsidRPr="0045066B" w:rsidRDefault="00B26E62" w:rsidP="00E6757D">
            <w:pPr>
              <w:keepLines/>
              <w:spacing w:after="0" w:line="240" w:lineRule="auto"/>
              <w:jc w:val="center"/>
              <w:rPr>
                <w:rFonts w:ascii="Times New Roman" w:hAnsi="Times New Roman" w:cs="Times New Roman"/>
                <w:sz w:val="24"/>
                <w:szCs w:val="24"/>
              </w:rPr>
            </w:pPr>
            <w:hyperlink r:id="rId13">
              <w:r w:rsidR="000321B4" w:rsidRPr="0045066B">
                <w:rPr>
                  <w:rFonts w:ascii="Times New Roman" w:hAnsi="Times New Roman" w:cs="Times New Roman"/>
                  <w:color w:val="203864"/>
                  <w:sz w:val="24"/>
                  <w:szCs w:val="24"/>
                  <w:u w:val="single"/>
                </w:rPr>
                <w:t>elicense.gov.kg/</w:t>
              </w:r>
            </w:hyperlink>
          </w:p>
        </w:tc>
        <w:tc>
          <w:tcPr>
            <w:tcW w:w="4968" w:type="dxa"/>
            <w:tcBorders>
              <w:top w:val="single" w:sz="6" w:space="0" w:color="D9D9D9"/>
              <w:left w:val="single" w:sz="6" w:space="0" w:color="D9D9D9"/>
              <w:bottom w:val="single" w:sz="6" w:space="0" w:color="D9D9D9"/>
              <w:right w:val="single" w:sz="6" w:space="0" w:color="D9D9D9"/>
            </w:tcBorders>
            <w:tcMar>
              <w:top w:w="130" w:type="dxa"/>
              <w:left w:w="110" w:type="dxa"/>
              <w:bottom w:w="130" w:type="dxa"/>
              <w:right w:w="110" w:type="dxa"/>
            </w:tcMar>
            <w:vAlign w:val="center"/>
          </w:tcPr>
          <w:p w14:paraId="53273E04" w14:textId="77777777" w:rsidR="008777B4" w:rsidRPr="0045066B" w:rsidRDefault="000321B4" w:rsidP="00E6757D">
            <w:pPr>
              <w:keepNext/>
              <w:keepLines/>
              <w:spacing w:after="0" w:line="240" w:lineRule="auto"/>
              <w:jc w:val="center"/>
              <w:rPr>
                <w:rFonts w:ascii="Times New Roman" w:hAnsi="Times New Roman" w:cs="Times New Roman"/>
                <w:sz w:val="24"/>
                <w:szCs w:val="24"/>
              </w:rPr>
            </w:pPr>
            <w:r w:rsidRPr="0045066B">
              <w:rPr>
                <w:rFonts w:ascii="Times New Roman" w:hAnsi="Times New Roman" w:cs="Times New Roman"/>
                <w:b/>
                <w:sz w:val="24"/>
                <w:szCs w:val="24"/>
              </w:rPr>
              <w:t>Министрлик жөнүндө жобо</w:t>
            </w:r>
          </w:p>
          <w:p w14:paraId="2382FE64" w14:textId="77777777" w:rsidR="008777B4" w:rsidRPr="0045066B" w:rsidRDefault="000321B4" w:rsidP="00E6757D">
            <w:pPr>
              <w:keepLines/>
              <w:spacing w:after="0" w:line="240" w:lineRule="auto"/>
              <w:jc w:val="center"/>
              <w:rPr>
                <w:rFonts w:ascii="Times New Roman" w:hAnsi="Times New Roman" w:cs="Times New Roman"/>
                <w:sz w:val="24"/>
                <w:szCs w:val="24"/>
              </w:rPr>
            </w:pPr>
            <w:r w:rsidRPr="0045066B">
              <w:rPr>
                <w:rFonts w:ascii="Times New Roman" w:hAnsi="Times New Roman" w:cs="Times New Roman"/>
                <w:noProof/>
                <w:sz w:val="24"/>
                <w:szCs w:val="24"/>
              </w:rPr>
              <w:drawing>
                <wp:inline distT="0" distB="0" distL="0" distR="0" wp14:anchorId="3E1E35B8" wp14:editId="27FFA7D8">
                  <wp:extent cx="841248" cy="841248"/>
                  <wp:effectExtent l="0" t="0" r="0" b="0"/>
                  <wp:docPr id="4" name="Picture 4" descr="https://cbd.minjust.gov.kg/158727/edition/50360/ru" title="Положение о Министерст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ulation_qr.png"/>
                          <pic:cNvPicPr/>
                        </pic:nvPicPr>
                        <pic:blipFill>
                          <a:blip r:embed="rId14"/>
                          <a:stretch>
                            <a:fillRect/>
                          </a:stretch>
                        </pic:blipFill>
                        <pic:spPr>
                          <a:xfrm>
                            <a:off x="0" y="0"/>
                            <a:ext cx="841248" cy="841248"/>
                          </a:xfrm>
                          <a:prstGeom prst="rect">
                            <a:avLst/>
                          </a:prstGeom>
                        </pic:spPr>
                      </pic:pic>
                    </a:graphicData>
                  </a:graphic>
                </wp:inline>
              </w:drawing>
            </w:r>
          </w:p>
          <w:p w14:paraId="7365FB1F" w14:textId="77777777" w:rsidR="008777B4" w:rsidRPr="0045066B" w:rsidRDefault="00B26E62" w:rsidP="00E6757D">
            <w:pPr>
              <w:keepLines/>
              <w:spacing w:after="0" w:line="240" w:lineRule="auto"/>
              <w:jc w:val="center"/>
              <w:rPr>
                <w:rFonts w:ascii="Times New Roman" w:hAnsi="Times New Roman" w:cs="Times New Roman"/>
                <w:sz w:val="24"/>
                <w:szCs w:val="24"/>
              </w:rPr>
            </w:pPr>
            <w:hyperlink r:id="rId15">
              <w:r w:rsidR="000321B4" w:rsidRPr="0045066B">
                <w:rPr>
                  <w:rFonts w:ascii="Times New Roman" w:hAnsi="Times New Roman" w:cs="Times New Roman"/>
                  <w:color w:val="203864"/>
                  <w:sz w:val="24"/>
                  <w:szCs w:val="24"/>
                  <w:u w:val="single"/>
                </w:rPr>
                <w:t>cbd.minjust.gov.kg/158727/edition/50360/ru</w:t>
              </w:r>
            </w:hyperlink>
          </w:p>
        </w:tc>
      </w:tr>
    </w:tbl>
    <w:p w14:paraId="61F874C4" w14:textId="77777777" w:rsidR="00B87AA1" w:rsidRDefault="00B87AA1" w:rsidP="00E6757D">
      <w:pPr>
        <w:spacing w:after="0" w:line="240" w:lineRule="auto"/>
        <w:rPr>
          <w:rFonts w:ascii="Times New Roman" w:hAnsi="Times New Roman" w:cs="Times New Roman"/>
        </w:rPr>
      </w:pPr>
    </w:p>
    <w:p w14:paraId="01F9F62A" w14:textId="77777777" w:rsidR="00B87AA1" w:rsidRDefault="00B87AA1" w:rsidP="00B87AA1">
      <w:pPr>
        <w:spacing w:after="0" w:line="240" w:lineRule="auto"/>
        <w:jc w:val="center"/>
        <w:rPr>
          <w:rFonts w:ascii="Times New Roman" w:hAnsi="Times New Roman" w:cs="Times New Roman"/>
          <w:b/>
          <w:bCs/>
          <w:sz w:val="28"/>
          <w:szCs w:val="28"/>
        </w:rPr>
      </w:pPr>
      <w:proofErr w:type="spellStart"/>
      <w:r w:rsidRPr="00B87AA1">
        <w:rPr>
          <w:rFonts w:ascii="Times New Roman" w:hAnsi="Times New Roman" w:cs="Times New Roman"/>
          <w:b/>
          <w:bCs/>
          <w:sz w:val="28"/>
          <w:szCs w:val="28"/>
        </w:rPr>
        <w:t>Ченемдик</w:t>
      </w:r>
      <w:proofErr w:type="spellEnd"/>
      <w:r w:rsidRPr="00B87AA1">
        <w:rPr>
          <w:rFonts w:ascii="Times New Roman" w:hAnsi="Times New Roman" w:cs="Times New Roman"/>
          <w:b/>
          <w:bCs/>
          <w:sz w:val="28"/>
          <w:szCs w:val="28"/>
        </w:rPr>
        <w:t xml:space="preserve"> </w:t>
      </w:r>
      <w:proofErr w:type="spellStart"/>
      <w:r w:rsidRPr="00B87AA1">
        <w:rPr>
          <w:rFonts w:ascii="Times New Roman" w:hAnsi="Times New Roman" w:cs="Times New Roman"/>
          <w:b/>
          <w:bCs/>
          <w:sz w:val="28"/>
          <w:szCs w:val="28"/>
        </w:rPr>
        <w:t>негиз</w:t>
      </w:r>
      <w:proofErr w:type="spellEnd"/>
    </w:p>
    <w:p w14:paraId="1C13227A" w14:textId="1B9A48F3"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rPr>
      </w:pPr>
      <w:hyperlink r:id="rId16">
        <w:r w:rsidR="000321B4" w:rsidRPr="007A1E76">
          <w:rPr>
            <w:rFonts w:ascii="Times New Roman" w:hAnsi="Times New Roman" w:cs="Times New Roman"/>
            <w:color w:val="1F4E78"/>
            <w:sz w:val="28"/>
            <w:szCs w:val="28"/>
          </w:rPr>
          <w:t xml:space="preserve">КР ЖРЭТКМ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жобо</w:t>
        </w:r>
        <w:proofErr w:type="spellEnd"/>
        <w:r w:rsidR="000321B4" w:rsidRPr="007A1E76">
          <w:rPr>
            <w:rFonts w:ascii="Times New Roman" w:hAnsi="Times New Roman" w:cs="Times New Roman"/>
            <w:color w:val="1F4E78"/>
            <w:sz w:val="28"/>
            <w:szCs w:val="28"/>
          </w:rPr>
          <w:t xml:space="preserve">, Министрлер Кабинетинин 2021-жылдын 15-ноябрындагы № 263 </w:t>
        </w:r>
        <w:proofErr w:type="spellStart"/>
        <w:r w:rsidR="000321B4" w:rsidRPr="007A1E76">
          <w:rPr>
            <w:rFonts w:ascii="Times New Roman" w:hAnsi="Times New Roman" w:cs="Times New Roman"/>
            <w:color w:val="1F4E78"/>
            <w:sz w:val="28"/>
            <w:szCs w:val="28"/>
          </w:rPr>
          <w:t>токтому</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2026-жылдын 9-мартындагы </w:t>
        </w:r>
        <w:proofErr w:type="spellStart"/>
        <w:r w:rsidR="000321B4" w:rsidRPr="007A1E76">
          <w:rPr>
            <w:rFonts w:ascii="Times New Roman" w:hAnsi="Times New Roman" w:cs="Times New Roman"/>
            <w:color w:val="1F4E78"/>
            <w:sz w:val="28"/>
            <w:szCs w:val="28"/>
          </w:rPr>
          <w:t>редакция</w:t>
        </w:r>
        <w:proofErr w:type="spellEnd"/>
        <w:r w:rsidR="000321B4" w:rsidRPr="007A1E76">
          <w:rPr>
            <w:rFonts w:ascii="Times New Roman" w:hAnsi="Times New Roman" w:cs="Times New Roman"/>
            <w:color w:val="1F4E78"/>
            <w:sz w:val="28"/>
            <w:szCs w:val="28"/>
          </w:rPr>
          <w:t>.</w:t>
        </w:r>
      </w:hyperlink>
      <w:bookmarkStart w:id="0" w:name="_Hlk240038845"/>
      <w:bookmarkEnd w:id="0"/>
    </w:p>
    <w:p w14:paraId="7BF9FFBB" w14:textId="40D4A697"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rPr>
      </w:pPr>
      <w:hyperlink r:id="rId17">
        <w:r w:rsidR="000321B4" w:rsidRPr="007A1E76">
          <w:rPr>
            <w:rFonts w:ascii="Times New Roman" w:hAnsi="Times New Roman" w:cs="Times New Roman"/>
            <w:color w:val="1F4E78"/>
            <w:sz w:val="28"/>
            <w:szCs w:val="28"/>
          </w:rPr>
          <w:t>2023-жылдын 29-декабрындагы № 217 «</w:t>
        </w:r>
        <w:proofErr w:type="spellStart"/>
        <w:r w:rsidR="000321B4" w:rsidRPr="007A1E76">
          <w:rPr>
            <w:rFonts w:ascii="Times New Roman" w:hAnsi="Times New Roman" w:cs="Times New Roman"/>
            <w:color w:val="1F4E78"/>
            <w:sz w:val="28"/>
            <w:szCs w:val="28"/>
          </w:rPr>
          <w:t>Маалыматка</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жетүү</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укугу</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r w:rsidR="000321B4" w:rsidRPr="007A1E76">
          <w:rPr>
            <w:rFonts w:ascii="Times New Roman" w:hAnsi="Times New Roman" w:cs="Times New Roman"/>
            <w:color w:val="1F4E78"/>
            <w:sz w:val="28"/>
            <w:szCs w:val="28"/>
          </w:rPr>
          <w:t>.</w:t>
        </w:r>
      </w:hyperlink>
    </w:p>
    <w:p w14:paraId="18139D30" w14:textId="15AA5FF9"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rPr>
      </w:pPr>
      <w:hyperlink r:id="rId18">
        <w:r w:rsidR="000321B4" w:rsidRPr="007A1E76">
          <w:rPr>
            <w:rFonts w:ascii="Times New Roman" w:hAnsi="Times New Roman" w:cs="Times New Roman"/>
            <w:color w:val="1F4E78"/>
            <w:sz w:val="28"/>
            <w:szCs w:val="28"/>
          </w:rPr>
          <w:t>2007-жылдын 4-майындагы № 67 «</w:t>
        </w:r>
        <w:proofErr w:type="spellStart"/>
        <w:r w:rsidR="000321B4" w:rsidRPr="007A1E76">
          <w:rPr>
            <w:rFonts w:ascii="Times New Roman" w:hAnsi="Times New Roman" w:cs="Times New Roman"/>
            <w:color w:val="1F4E78"/>
            <w:sz w:val="28"/>
            <w:szCs w:val="28"/>
          </w:rPr>
          <w:t>Жарандардын</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кайрылууларын</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кароо</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тартиби</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2025-жылдын 18-июлундагы </w:t>
        </w:r>
        <w:proofErr w:type="spellStart"/>
        <w:r w:rsidR="000321B4" w:rsidRPr="007A1E76">
          <w:rPr>
            <w:rFonts w:ascii="Times New Roman" w:hAnsi="Times New Roman" w:cs="Times New Roman"/>
            <w:color w:val="1F4E78"/>
            <w:sz w:val="28"/>
            <w:szCs w:val="28"/>
          </w:rPr>
          <w:t>редакция</w:t>
        </w:r>
        <w:proofErr w:type="spellEnd"/>
        <w:r w:rsidR="000321B4" w:rsidRPr="007A1E76">
          <w:rPr>
            <w:rFonts w:ascii="Times New Roman" w:hAnsi="Times New Roman" w:cs="Times New Roman"/>
            <w:color w:val="1F4E78"/>
            <w:sz w:val="28"/>
            <w:szCs w:val="28"/>
          </w:rPr>
          <w:t>.</w:t>
        </w:r>
      </w:hyperlink>
      <w:bookmarkStart w:id="1" w:name="_Hlk240038874"/>
      <w:bookmarkEnd w:id="1"/>
    </w:p>
    <w:p w14:paraId="68E2DBAE" w14:textId="154AC9C6"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lang w:val="ru-RU"/>
        </w:rPr>
      </w:pPr>
      <w:hyperlink r:id="rId19">
        <w:r w:rsidR="000321B4" w:rsidRPr="007A1E76">
          <w:rPr>
            <w:rFonts w:ascii="Times New Roman" w:hAnsi="Times New Roman" w:cs="Times New Roman"/>
            <w:color w:val="1F4E78"/>
            <w:sz w:val="28"/>
            <w:szCs w:val="28"/>
          </w:rPr>
          <w:t>2015-жылдын 31-июлундагы № 210 «</w:t>
        </w:r>
        <w:proofErr w:type="spellStart"/>
        <w:r w:rsidR="000321B4" w:rsidRPr="007A1E76">
          <w:rPr>
            <w:rFonts w:ascii="Times New Roman" w:hAnsi="Times New Roman" w:cs="Times New Roman"/>
            <w:color w:val="1F4E78"/>
            <w:sz w:val="28"/>
            <w:szCs w:val="28"/>
          </w:rPr>
          <w:t>Административдик</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иштин</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негиздери</w:t>
        </w:r>
        <w:proofErr w:type="spellEnd"/>
        <w:r w:rsidR="000321B4" w:rsidRPr="007A1E76">
          <w:rPr>
            <w:rFonts w:ascii="Times New Roman" w:hAnsi="Times New Roman" w:cs="Times New Roman"/>
            <w:color w:val="1F4E78"/>
            <w:sz w:val="28"/>
            <w:szCs w:val="28"/>
          </w:rPr>
          <w:t xml:space="preserve"> жана </w:t>
        </w:r>
        <w:proofErr w:type="spellStart"/>
        <w:r w:rsidR="000321B4" w:rsidRPr="007A1E76">
          <w:rPr>
            <w:rFonts w:ascii="Times New Roman" w:hAnsi="Times New Roman" w:cs="Times New Roman"/>
            <w:color w:val="1F4E78"/>
            <w:sz w:val="28"/>
            <w:szCs w:val="28"/>
          </w:rPr>
          <w:t>административдик</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жол-жоболор</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2025-жылдын 12-февралындагы </w:t>
        </w:r>
        <w:proofErr w:type="spellStart"/>
        <w:r w:rsidR="000321B4" w:rsidRPr="007A1E76">
          <w:rPr>
            <w:rFonts w:ascii="Times New Roman" w:hAnsi="Times New Roman" w:cs="Times New Roman"/>
            <w:color w:val="1F4E78"/>
            <w:sz w:val="28"/>
            <w:szCs w:val="28"/>
          </w:rPr>
          <w:t>редакция</w:t>
        </w:r>
        <w:proofErr w:type="spellEnd"/>
        <w:r w:rsidR="000321B4" w:rsidRPr="007A1E76">
          <w:rPr>
            <w:rFonts w:ascii="Times New Roman" w:hAnsi="Times New Roman" w:cs="Times New Roman"/>
            <w:color w:val="1F4E78"/>
            <w:sz w:val="28"/>
            <w:szCs w:val="28"/>
          </w:rPr>
          <w:t>.</w:t>
        </w:r>
      </w:hyperlink>
    </w:p>
    <w:p w14:paraId="4F8086AE" w14:textId="77777777"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lang w:val="ru-RU"/>
        </w:rPr>
      </w:pPr>
      <w:hyperlink r:id="rId20">
        <w:r w:rsidR="000321B4" w:rsidRPr="007A1E76">
          <w:rPr>
            <w:rFonts w:ascii="Times New Roman" w:hAnsi="Times New Roman" w:cs="Times New Roman"/>
            <w:color w:val="1F4E78"/>
            <w:sz w:val="28"/>
            <w:szCs w:val="28"/>
          </w:rPr>
          <w:t>2013-жылдын 19-октябрындагы № 195 «</w:t>
        </w:r>
        <w:proofErr w:type="spellStart"/>
        <w:r w:rsidR="000321B4" w:rsidRPr="007A1E76">
          <w:rPr>
            <w:rFonts w:ascii="Times New Roman" w:hAnsi="Times New Roman" w:cs="Times New Roman"/>
            <w:color w:val="1F4E78"/>
            <w:sz w:val="28"/>
            <w:szCs w:val="28"/>
          </w:rPr>
          <w:t>Кыргыз</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Республикасындагы</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лицензиялык-уруксат</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берүү</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тутуму</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r w:rsidR="000321B4" w:rsidRPr="007A1E76">
          <w:rPr>
            <w:rFonts w:ascii="Times New Roman" w:hAnsi="Times New Roman" w:cs="Times New Roman"/>
            <w:color w:val="1F4E78"/>
            <w:sz w:val="28"/>
            <w:szCs w:val="28"/>
          </w:rPr>
          <w:t>.</w:t>
        </w:r>
      </w:hyperlink>
    </w:p>
    <w:p w14:paraId="59A0D052" w14:textId="2B07E0D0"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lang w:val="ru-RU"/>
        </w:rPr>
      </w:pPr>
      <w:hyperlink r:id="rId21">
        <w:r w:rsidR="000321B4" w:rsidRPr="007A1E76">
          <w:rPr>
            <w:rFonts w:ascii="Times New Roman" w:hAnsi="Times New Roman" w:cs="Times New Roman"/>
            <w:color w:val="1F4E78"/>
            <w:sz w:val="28"/>
            <w:szCs w:val="28"/>
          </w:rPr>
          <w:t>2007-жылдын 25-майындагы № 72 «</w:t>
        </w:r>
        <w:proofErr w:type="spellStart"/>
        <w:r w:rsidR="000321B4" w:rsidRPr="007A1E76">
          <w:rPr>
            <w:rFonts w:ascii="Times New Roman" w:hAnsi="Times New Roman" w:cs="Times New Roman"/>
            <w:color w:val="1F4E78"/>
            <w:sz w:val="28"/>
            <w:szCs w:val="28"/>
          </w:rPr>
          <w:t>Ишкердик</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субъекттерине</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текшерүүлөрдү</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жүргүзүүнүн</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тартиби</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2024-жылдын 7-августундагы </w:t>
        </w:r>
        <w:proofErr w:type="spellStart"/>
        <w:r w:rsidR="000321B4" w:rsidRPr="007A1E76">
          <w:rPr>
            <w:rFonts w:ascii="Times New Roman" w:hAnsi="Times New Roman" w:cs="Times New Roman"/>
            <w:color w:val="1F4E78"/>
            <w:sz w:val="28"/>
            <w:szCs w:val="28"/>
          </w:rPr>
          <w:t>редакция</w:t>
        </w:r>
        <w:proofErr w:type="spellEnd"/>
        <w:r w:rsidR="000321B4" w:rsidRPr="007A1E76">
          <w:rPr>
            <w:rFonts w:ascii="Times New Roman" w:hAnsi="Times New Roman" w:cs="Times New Roman"/>
            <w:color w:val="1F4E78"/>
            <w:sz w:val="28"/>
            <w:szCs w:val="28"/>
          </w:rPr>
          <w:t>.</w:t>
        </w:r>
      </w:hyperlink>
    </w:p>
    <w:p w14:paraId="3149AAB8" w14:textId="3B97FB67"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lang w:val="ru-RU"/>
        </w:rPr>
      </w:pPr>
      <w:hyperlink r:id="rId22">
        <w:proofErr w:type="spellStart"/>
        <w:r w:rsidR="000321B4" w:rsidRPr="007A1E76">
          <w:rPr>
            <w:rFonts w:ascii="Times New Roman" w:hAnsi="Times New Roman" w:cs="Times New Roman"/>
            <w:color w:val="1F4E78"/>
            <w:sz w:val="28"/>
            <w:szCs w:val="28"/>
          </w:rPr>
          <w:t>Президенттин</w:t>
        </w:r>
        <w:proofErr w:type="spellEnd"/>
        <w:r w:rsidR="000321B4" w:rsidRPr="007A1E76">
          <w:rPr>
            <w:rFonts w:ascii="Times New Roman" w:hAnsi="Times New Roman" w:cs="Times New Roman"/>
            <w:color w:val="1F4E78"/>
            <w:sz w:val="28"/>
            <w:szCs w:val="28"/>
          </w:rPr>
          <w:t xml:space="preserve"> 2026-жылдын 14-мартындагы № 113 </w:t>
        </w:r>
        <w:proofErr w:type="spellStart"/>
        <w:r w:rsidR="000321B4" w:rsidRPr="007A1E76">
          <w:rPr>
            <w:rFonts w:ascii="Times New Roman" w:hAnsi="Times New Roman" w:cs="Times New Roman"/>
            <w:color w:val="1F4E78"/>
            <w:sz w:val="28"/>
            <w:szCs w:val="28"/>
          </w:rPr>
          <w:t>текшерүүлөргө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мораторий</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Жарлыгы</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2026-жылдын 17-июнундагы </w:t>
        </w:r>
        <w:proofErr w:type="spellStart"/>
        <w:r w:rsidR="000321B4" w:rsidRPr="007A1E76">
          <w:rPr>
            <w:rFonts w:ascii="Times New Roman" w:hAnsi="Times New Roman" w:cs="Times New Roman"/>
            <w:color w:val="1F4E78"/>
            <w:sz w:val="28"/>
            <w:szCs w:val="28"/>
          </w:rPr>
          <w:t>редакция</w:t>
        </w:r>
        <w:proofErr w:type="spellEnd"/>
        <w:r w:rsidR="000321B4" w:rsidRPr="007A1E76">
          <w:rPr>
            <w:rFonts w:ascii="Times New Roman" w:hAnsi="Times New Roman" w:cs="Times New Roman"/>
            <w:color w:val="1F4E78"/>
            <w:sz w:val="28"/>
            <w:szCs w:val="28"/>
          </w:rPr>
          <w:t xml:space="preserve">; 2026-жылдын 31-декабрына </w:t>
        </w:r>
        <w:proofErr w:type="spellStart"/>
        <w:r w:rsidR="000321B4" w:rsidRPr="007A1E76">
          <w:rPr>
            <w:rFonts w:ascii="Times New Roman" w:hAnsi="Times New Roman" w:cs="Times New Roman"/>
            <w:color w:val="1F4E78"/>
            <w:sz w:val="28"/>
            <w:szCs w:val="28"/>
          </w:rPr>
          <w:t>чейин</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колдонулат</w:t>
        </w:r>
        <w:proofErr w:type="spellEnd"/>
        <w:r w:rsidR="000321B4" w:rsidRPr="007A1E76">
          <w:rPr>
            <w:rFonts w:ascii="Times New Roman" w:hAnsi="Times New Roman" w:cs="Times New Roman"/>
            <w:color w:val="1F4E78"/>
            <w:sz w:val="28"/>
            <w:szCs w:val="28"/>
          </w:rPr>
          <w:t>.</w:t>
        </w:r>
      </w:hyperlink>
    </w:p>
    <w:p w14:paraId="36E14DE7" w14:textId="7048BB63" w:rsidR="00B87AA1" w:rsidRPr="007A1E76" w:rsidRDefault="00B26E62" w:rsidP="00B87AA1">
      <w:pPr>
        <w:pStyle w:val="ae"/>
        <w:numPr>
          <w:ilvl w:val="0"/>
          <w:numId w:val="18"/>
        </w:numPr>
        <w:spacing w:after="0" w:line="240" w:lineRule="auto"/>
        <w:ind w:left="0" w:firstLine="360"/>
        <w:jc w:val="both"/>
        <w:rPr>
          <w:rFonts w:ascii="Times New Roman" w:hAnsi="Times New Roman" w:cs="Times New Roman"/>
          <w:sz w:val="28"/>
          <w:szCs w:val="28"/>
          <w:lang w:val="ru-RU"/>
        </w:rPr>
      </w:pPr>
      <w:hyperlink r:id="rId23">
        <w:r w:rsidR="000321B4" w:rsidRPr="007A1E76">
          <w:rPr>
            <w:rFonts w:ascii="Times New Roman" w:hAnsi="Times New Roman" w:cs="Times New Roman"/>
            <w:color w:val="1F4E78"/>
            <w:sz w:val="28"/>
            <w:szCs w:val="28"/>
          </w:rPr>
          <w:t>2026-жылдын 13-февралындагы № 14 «</w:t>
        </w:r>
        <w:proofErr w:type="spellStart"/>
        <w:r w:rsidR="000321B4" w:rsidRPr="007A1E76">
          <w:rPr>
            <w:rFonts w:ascii="Times New Roman" w:hAnsi="Times New Roman" w:cs="Times New Roman"/>
            <w:color w:val="1F4E78"/>
            <w:sz w:val="28"/>
            <w:szCs w:val="28"/>
          </w:rPr>
          <w:t>Коррупцияга</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каршы</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аракеттенүү</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жөнүндө</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Мыйзам</w:t>
        </w:r>
        <w:proofErr w:type="spellEnd"/>
      </w:hyperlink>
    </w:p>
    <w:p w14:paraId="1493B938" w14:textId="245E3550" w:rsidR="00B87AA1" w:rsidRPr="007A1E76" w:rsidRDefault="00B26E62" w:rsidP="00B87AA1">
      <w:pPr>
        <w:spacing w:after="0" w:line="240" w:lineRule="auto"/>
        <w:jc w:val="both"/>
        <w:rPr>
          <w:rFonts w:ascii="Times New Roman" w:hAnsi="Times New Roman" w:cs="Times New Roman"/>
          <w:sz w:val="28"/>
          <w:szCs w:val="28"/>
          <w:lang w:val="ru-RU"/>
        </w:rPr>
      </w:pPr>
      <w:hyperlink r:id="rId24">
        <w:r w:rsidR="000321B4" w:rsidRPr="007A1E76">
          <w:rPr>
            <w:rFonts w:ascii="Times New Roman" w:hAnsi="Times New Roman" w:cs="Times New Roman"/>
            <w:color w:val="1F4E78"/>
            <w:sz w:val="28"/>
            <w:szCs w:val="28"/>
          </w:rPr>
          <w:t xml:space="preserve">Министрлер Кабинетинин 2026-жылдын 29-январындагы № 29 </w:t>
        </w:r>
        <w:proofErr w:type="spellStart"/>
        <w:r w:rsidR="000321B4" w:rsidRPr="007A1E76">
          <w:rPr>
            <w:rFonts w:ascii="Times New Roman" w:hAnsi="Times New Roman" w:cs="Times New Roman"/>
            <w:color w:val="1F4E78"/>
            <w:sz w:val="28"/>
            <w:szCs w:val="28"/>
          </w:rPr>
          <w:t>токтому</w:t>
        </w:r>
        <w:proofErr w:type="spellEnd"/>
        <w:r w:rsidR="000321B4" w:rsidRPr="007A1E76">
          <w:rPr>
            <w:rFonts w:ascii="Times New Roman" w:hAnsi="Times New Roman" w:cs="Times New Roman"/>
            <w:color w:val="1F4E78"/>
            <w:sz w:val="28"/>
            <w:szCs w:val="28"/>
          </w:rPr>
          <w:t xml:space="preserve"> </w:t>
        </w:r>
        <w:r w:rsidR="00627AF7" w:rsidRPr="007A1E76">
          <w:rPr>
            <w:rFonts w:ascii="Times New Roman" w:hAnsi="Times New Roman" w:cs="Times New Roman"/>
            <w:color w:val="1F4E78"/>
            <w:sz w:val="28"/>
            <w:szCs w:val="28"/>
          </w:rPr>
          <w:t>–</w:t>
        </w:r>
        <w:r w:rsidR="000321B4" w:rsidRPr="007A1E76">
          <w:rPr>
            <w:rFonts w:ascii="Times New Roman" w:hAnsi="Times New Roman" w:cs="Times New Roman"/>
            <w:color w:val="1F4E78"/>
            <w:sz w:val="28"/>
            <w:szCs w:val="28"/>
          </w:rPr>
          <w:t xml:space="preserve"> 2026</w:t>
        </w:r>
        <w:r w:rsidR="00C8213F" w:rsidRPr="007A1E76">
          <w:rPr>
            <w:rFonts w:ascii="Times New Roman" w:hAnsi="Times New Roman" w:cs="Times New Roman"/>
            <w:color w:val="1F4E78"/>
            <w:sz w:val="28"/>
            <w:szCs w:val="28"/>
            <w:lang w:val="ru-RU"/>
          </w:rPr>
          <w:t>-</w:t>
        </w:r>
        <w:r w:rsidR="000321B4" w:rsidRPr="007A1E76">
          <w:rPr>
            <w:rFonts w:ascii="Times New Roman" w:hAnsi="Times New Roman" w:cs="Times New Roman"/>
            <w:color w:val="1F4E78"/>
            <w:sz w:val="28"/>
            <w:szCs w:val="28"/>
          </w:rPr>
          <w:t xml:space="preserve">2027-жылдарга </w:t>
        </w:r>
        <w:proofErr w:type="spellStart"/>
        <w:r w:rsidR="000321B4" w:rsidRPr="007A1E76">
          <w:rPr>
            <w:rFonts w:ascii="Times New Roman" w:hAnsi="Times New Roman" w:cs="Times New Roman"/>
            <w:color w:val="1F4E78"/>
            <w:sz w:val="28"/>
            <w:szCs w:val="28"/>
          </w:rPr>
          <w:t>коррупцияга</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каршы</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маалыматтык</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саясат</w:t>
        </w:r>
        <w:proofErr w:type="spellEnd"/>
        <w:r w:rsidR="000321B4" w:rsidRPr="007A1E76">
          <w:rPr>
            <w:rFonts w:ascii="Times New Roman" w:hAnsi="Times New Roman" w:cs="Times New Roman"/>
            <w:color w:val="1F4E78"/>
            <w:sz w:val="28"/>
            <w:szCs w:val="28"/>
          </w:rPr>
          <w:t xml:space="preserve"> боюнча </w:t>
        </w:r>
        <w:proofErr w:type="spellStart"/>
        <w:r w:rsidR="000321B4" w:rsidRPr="007A1E76">
          <w:rPr>
            <w:rFonts w:ascii="Times New Roman" w:hAnsi="Times New Roman" w:cs="Times New Roman"/>
            <w:color w:val="1F4E78"/>
            <w:sz w:val="28"/>
            <w:szCs w:val="28"/>
          </w:rPr>
          <w:t>мамлекеттик</w:t>
        </w:r>
        <w:proofErr w:type="spellEnd"/>
        <w:r w:rsidR="000321B4" w:rsidRPr="007A1E76">
          <w:rPr>
            <w:rFonts w:ascii="Times New Roman" w:hAnsi="Times New Roman" w:cs="Times New Roman"/>
            <w:color w:val="1F4E78"/>
            <w:sz w:val="28"/>
            <w:szCs w:val="28"/>
          </w:rPr>
          <w:t xml:space="preserve"> </w:t>
        </w:r>
        <w:proofErr w:type="spellStart"/>
        <w:r w:rsidR="000321B4" w:rsidRPr="007A1E76">
          <w:rPr>
            <w:rFonts w:ascii="Times New Roman" w:hAnsi="Times New Roman" w:cs="Times New Roman"/>
            <w:color w:val="1F4E78"/>
            <w:sz w:val="28"/>
            <w:szCs w:val="28"/>
          </w:rPr>
          <w:t>программа</w:t>
        </w:r>
        <w:proofErr w:type="spellEnd"/>
        <w:r w:rsidR="000321B4" w:rsidRPr="007A1E76">
          <w:rPr>
            <w:rFonts w:ascii="Times New Roman" w:hAnsi="Times New Roman" w:cs="Times New Roman"/>
            <w:color w:val="1F4E78"/>
            <w:sz w:val="28"/>
            <w:szCs w:val="28"/>
          </w:rPr>
          <w:t>.</w:t>
        </w:r>
      </w:hyperlink>
    </w:p>
    <w:sectPr w:rsidR="00B87AA1" w:rsidRPr="007A1E76" w:rsidSect="00034616">
      <w:pgSz w:w="12240" w:h="15840"/>
      <w:pgMar w:top="1037" w:right="1152" w:bottom="979" w:left="1152"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E5008" w14:textId="77777777" w:rsidR="00B26E62" w:rsidRDefault="00B26E62">
      <w:pPr>
        <w:spacing w:after="0" w:line="240" w:lineRule="auto"/>
      </w:pPr>
      <w:r>
        <w:separator/>
      </w:r>
    </w:p>
  </w:endnote>
  <w:endnote w:type="continuationSeparator" w:id="0">
    <w:p w14:paraId="1C88CEB9" w14:textId="77777777" w:rsidR="00B26E62" w:rsidRDefault="00B26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05C36" w14:textId="77777777" w:rsidR="00B26E62" w:rsidRDefault="00B26E62">
      <w:pPr>
        <w:spacing w:after="0" w:line="240" w:lineRule="auto"/>
      </w:pPr>
      <w:r>
        <w:separator/>
      </w:r>
    </w:p>
  </w:footnote>
  <w:footnote w:type="continuationSeparator" w:id="0">
    <w:p w14:paraId="05B89325" w14:textId="77777777" w:rsidR="00B26E62" w:rsidRDefault="00B26E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86BC5246"/>
    <w:lvl w:ilvl="0">
      <w:start w:val="1"/>
      <w:numFmt w:val="decimal"/>
      <w:pStyle w:val="a0"/>
      <w:lvlText w:val="%1."/>
      <w:lvlJc w:val="left"/>
      <w:pPr>
        <w:tabs>
          <w:tab w:val="num" w:pos="360"/>
        </w:tabs>
        <w:ind w:left="360" w:hanging="360"/>
      </w:pPr>
      <w:rPr>
        <w:rFonts w:ascii="Times New Roman" w:eastAsia="Arial" w:hAnsi="Times New Roman" w:cs="Times New Roman"/>
      </w:rPr>
    </w:lvl>
  </w:abstractNum>
  <w:abstractNum w:abstractNumId="9" w15:restartNumberingAfterBreak="0">
    <w:nsid w:val="09843909"/>
    <w:multiLevelType w:val="hybridMultilevel"/>
    <w:tmpl w:val="8AAC68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0A719F4"/>
    <w:multiLevelType w:val="hybridMultilevel"/>
    <w:tmpl w:val="F4FC08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AD464FC"/>
    <w:multiLevelType w:val="hybridMultilevel"/>
    <w:tmpl w:val="76CA83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AF62055"/>
    <w:multiLevelType w:val="hybridMultilevel"/>
    <w:tmpl w:val="19BA7E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DDC7471"/>
    <w:multiLevelType w:val="hybridMultilevel"/>
    <w:tmpl w:val="00028B0E"/>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0BB0E7A"/>
    <w:multiLevelType w:val="hybridMultilevel"/>
    <w:tmpl w:val="5B74F3F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1896AF0"/>
    <w:multiLevelType w:val="hybridMultilevel"/>
    <w:tmpl w:val="15E69DBA"/>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415F84"/>
    <w:multiLevelType w:val="hybridMultilevel"/>
    <w:tmpl w:val="7F5C70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D5A5D7E"/>
    <w:multiLevelType w:val="hybridMultilevel"/>
    <w:tmpl w:val="DAAED2D0"/>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9"/>
  </w:num>
  <w:num w:numId="12">
    <w:abstractNumId w:val="16"/>
  </w:num>
  <w:num w:numId="13">
    <w:abstractNumId w:val="10"/>
  </w:num>
  <w:num w:numId="14">
    <w:abstractNumId w:val="15"/>
  </w:num>
  <w:num w:numId="15">
    <w:abstractNumId w:val="13"/>
  </w:num>
  <w:num w:numId="16">
    <w:abstractNumId w:val="11"/>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8BF"/>
    <w:rsid w:val="000321B4"/>
    <w:rsid w:val="00034616"/>
    <w:rsid w:val="0006063C"/>
    <w:rsid w:val="000C23D6"/>
    <w:rsid w:val="0015074B"/>
    <w:rsid w:val="001B1745"/>
    <w:rsid w:val="0029639D"/>
    <w:rsid w:val="002A5C0C"/>
    <w:rsid w:val="002F3506"/>
    <w:rsid w:val="00326F90"/>
    <w:rsid w:val="003D3753"/>
    <w:rsid w:val="0045066B"/>
    <w:rsid w:val="00571B5B"/>
    <w:rsid w:val="005753A8"/>
    <w:rsid w:val="006053A5"/>
    <w:rsid w:val="00627AF7"/>
    <w:rsid w:val="00697E4F"/>
    <w:rsid w:val="006C0AE0"/>
    <w:rsid w:val="006F3109"/>
    <w:rsid w:val="00776A34"/>
    <w:rsid w:val="007A1E76"/>
    <w:rsid w:val="007D1F04"/>
    <w:rsid w:val="00812D61"/>
    <w:rsid w:val="00851104"/>
    <w:rsid w:val="00870BD6"/>
    <w:rsid w:val="008777B4"/>
    <w:rsid w:val="00AA1D8D"/>
    <w:rsid w:val="00B26E62"/>
    <w:rsid w:val="00B47730"/>
    <w:rsid w:val="00B87AA1"/>
    <w:rsid w:val="00C72932"/>
    <w:rsid w:val="00C75088"/>
    <w:rsid w:val="00C8213F"/>
    <w:rsid w:val="00CB0664"/>
    <w:rsid w:val="00CD0401"/>
    <w:rsid w:val="00E6757D"/>
    <w:rsid w:val="00EA236A"/>
    <w:rsid w:val="00EE7888"/>
    <w:rsid w:val="00FC693F"/>
    <w:rsid w:val="00FE6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12CEB"/>
  <w14:defaultImageDpi w14:val="300"/>
  <w15:docId w15:val="{3ABD70F8-EE48-4B93-99F4-12515711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4" w:lineRule="auto"/>
    </w:pPr>
    <w:rPr>
      <w:rFonts w:ascii="Arial" w:eastAsia="Arial" w:hAnsi="Arial"/>
      <w:color w:val="000000"/>
      <w:sz w:val="21"/>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32"/>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140"/>
      <w:outlineLvl w:val="2"/>
    </w:pPr>
    <w:rPr>
      <w:rFonts w:asciiTheme="majorHAnsi" w:eastAsiaTheme="majorEastAsia" w:hAnsiTheme="majorHAnsi" w:cstheme="majorBidi"/>
      <w:b/>
      <w:bCs/>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280" w:line="240" w:lineRule="auto"/>
      <w:contextualSpacing/>
    </w:pPr>
    <w:rPr>
      <w:rFonts w:asciiTheme="majorHAnsi" w:eastAsiaTheme="majorEastAsia" w:hAnsiTheme="majorHAnsi" w:cstheme="majorBidi"/>
      <w:b/>
      <w:spacing w:val="5"/>
      <w:kern w:val="28"/>
      <w:sz w:val="4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50" w:line="257" w:lineRule="auto"/>
      <w:contextualSpacing/>
    </w:pPr>
  </w:style>
  <w:style w:type="paragraph" w:styleId="20">
    <w:name w:val="List Bullet 2"/>
    <w:basedOn w:val="a1"/>
    <w:uiPriority w:val="99"/>
    <w:unhideWhenUsed/>
    <w:rsid w:val="00326F90"/>
    <w:pPr>
      <w:numPr>
        <w:numId w:val="2"/>
      </w:numPr>
      <w:spacing w:after="50" w:line="257" w:lineRule="auto"/>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50" w:line="257" w:lineRule="auto"/>
      <w:contextualSpacing/>
    </w:pPr>
  </w:style>
  <w:style w:type="paragraph" w:styleId="2">
    <w:name w:val="List Number 2"/>
    <w:basedOn w:val="a1"/>
    <w:uiPriority w:val="99"/>
    <w:unhideWhenUsed/>
    <w:rsid w:val="0029639D"/>
    <w:pPr>
      <w:numPr>
        <w:numId w:val="6"/>
      </w:numPr>
      <w:spacing w:after="50" w:line="257" w:lineRule="auto"/>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410">
    <w:name w:val="Grid Table 4 Accent 1"/>
    <w:basedOn w:val="a3"/>
    <w:uiPriority w:val="49"/>
    <w:rsid w:val="0085110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icense.gov.kg/" TargetMode="External"/><Relationship Id="rId18" Type="http://schemas.openxmlformats.org/officeDocument/2006/relationships/hyperlink" Target="https://cbd.minjust.gov.kg/4-3546/edition/35869/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bd.minjust.gov.kg/4-3551/edition/17660/ru"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cbd.minjust.gov.kg/4-5355/edition/11754/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bd.minjust.gov.kg/158727/edition/50360/ru" TargetMode="External"/><Relationship Id="rId20" Type="http://schemas.openxmlformats.org/officeDocument/2006/relationships/hyperlink" Target="https://cbd.minjust.gov.kg/4-4940/edition/55820/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unduk.kg/public_services/new_message_sed" TargetMode="External"/><Relationship Id="rId24" Type="http://schemas.openxmlformats.org/officeDocument/2006/relationships/hyperlink" Target="https://cbd.minjust.gov.kg/7-52767/edition/49044/ru" TargetMode="External"/><Relationship Id="rId5" Type="http://schemas.openxmlformats.org/officeDocument/2006/relationships/webSettings" Target="webSettings.xml"/><Relationship Id="rId15" Type="http://schemas.openxmlformats.org/officeDocument/2006/relationships/hyperlink" Target="https://cbd.minjust.gov.kg/158727/edition/50360/ru" TargetMode="External"/><Relationship Id="rId23" Type="http://schemas.openxmlformats.org/officeDocument/2006/relationships/hyperlink" Target="https://cbd.minjust.gov.kg/4-5703/edition/47259/ru" TargetMode="External"/><Relationship Id="rId10" Type="http://schemas.openxmlformats.org/officeDocument/2006/relationships/image" Target="media/image2.png"/><Relationship Id="rId19" Type="http://schemas.openxmlformats.org/officeDocument/2006/relationships/hyperlink" Target="https://cbd.minjust.gov.kg/111254/edition/27645/ru" TargetMode="External"/><Relationship Id="rId4" Type="http://schemas.openxmlformats.org/officeDocument/2006/relationships/settings" Target="settings.xml"/><Relationship Id="rId9" Type="http://schemas.openxmlformats.org/officeDocument/2006/relationships/hyperlink" Target="https://mnr.gov.kg/ru/" TargetMode="External"/><Relationship Id="rId14" Type="http://schemas.openxmlformats.org/officeDocument/2006/relationships/image" Target="media/image4.png"/><Relationship Id="rId22" Type="http://schemas.openxmlformats.org/officeDocument/2006/relationships/hyperlink" Target="https://cbd.minjust.gov.kg/5-11064/edition/54914/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3304</Words>
  <Characters>18833</Characters>
  <Application>Microsoft Office Word</Application>
  <DocSecurity>0</DocSecurity>
  <Lines>156</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Права граждан и предпринимателей при взаимодействии с МПРЭТН КР</vt:lpstr>
      <vt:lpstr/>
    </vt:vector>
  </TitlesOfParts>
  <Manager/>
  <Company/>
  <LinksUpToDate>false</LinksUpToDate>
  <CharactersWithSpaces>22093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Права граждан и предпринимателей при взаимодействии с МПРЭТН КР</dc:title>
  <dc:subject>Методическое пособие по обращениям, услугам, проверкам, обжалованию и предупреждению коррупции</dc:subject>
  <dc:creator>Кыргыз Республикасынын Жаратылыш ресурстары, экология жана техникалык көзөмөл министрлиги</dc:creator>
  <cp:keywords>МПРЭТН КР, методическое пособие, методикалык колдонмо, права, укуктар, проверки, текшерүү</cp:keywords>
  <dc:description>generated by python-docx</dc:description>
  <cp:lastModifiedBy>Бейшеналиев Канай</cp:lastModifiedBy>
  <cp:revision>18</cp:revision>
  <dcterms:created xsi:type="dcterms:W3CDTF">2013-12-23T23:15:00Z</dcterms:created>
  <dcterms:modified xsi:type="dcterms:W3CDTF">2026-10-02T08:48:00Z</dcterms:modified>
  <cp:category/>
  <dc:language>ru-KG</dc:language>
</cp:coreProperties>
</file>